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0E9C90" w14:textId="0B15C6EE" w:rsidR="00074532" w:rsidRPr="003F2AFF" w:rsidRDefault="00EC53A3">
      <w:pPr>
        <w:spacing w:after="120"/>
        <w:rPr>
          <w:rFonts w:ascii="Candara" w:hAnsi="Candara"/>
        </w:rPr>
      </w:pPr>
      <w:proofErr w:type="spellStart"/>
      <w:r w:rsidRPr="003F2AFF">
        <w:rPr>
          <w:rFonts w:ascii="Candara" w:hAnsi="Candara"/>
          <w:b/>
          <w:color w:val="A60628"/>
          <w:sz w:val="36"/>
        </w:rPr>
        <w:t>Título</w:t>
      </w:r>
      <w:proofErr w:type="spellEnd"/>
      <w:r w:rsidRPr="003F2AFF">
        <w:rPr>
          <w:rFonts w:ascii="Candara" w:hAnsi="Candara"/>
          <w:b/>
          <w:color w:val="A60628"/>
          <w:sz w:val="36"/>
        </w:rPr>
        <w:t xml:space="preserve"> do </w:t>
      </w:r>
      <w:proofErr w:type="spellStart"/>
      <w:r w:rsidRPr="003F2AFF">
        <w:rPr>
          <w:rFonts w:ascii="Candara" w:hAnsi="Candara"/>
          <w:b/>
          <w:color w:val="A60628"/>
          <w:sz w:val="36"/>
        </w:rPr>
        <w:t>Artigo</w:t>
      </w:r>
      <w:proofErr w:type="spellEnd"/>
      <w:r w:rsidRPr="003F2AFF">
        <w:rPr>
          <w:rFonts w:ascii="Candara" w:hAnsi="Candara"/>
          <w:b/>
          <w:color w:val="A60628"/>
          <w:sz w:val="36"/>
        </w:rPr>
        <w:t xml:space="preserve"> </w:t>
      </w:r>
    </w:p>
    <w:p w14:paraId="2D991B21" w14:textId="465EB4CF" w:rsidR="00074532" w:rsidRPr="003F2AFF" w:rsidRDefault="00EC53A3">
      <w:pPr>
        <w:spacing w:after="360"/>
        <w:rPr>
          <w:rFonts w:ascii="Candara" w:hAnsi="Candara"/>
        </w:rPr>
      </w:pPr>
      <w:r w:rsidRPr="003F2AFF">
        <w:rPr>
          <w:rFonts w:ascii="Candara" w:hAnsi="Candara"/>
          <w:i/>
          <w:sz w:val="28"/>
        </w:rPr>
        <w:t>Title of the Article in English: Translated Version for Global Reach</w:t>
      </w:r>
    </w:p>
    <w:p w14:paraId="65B27A28" w14:textId="32CBD6D8" w:rsidR="00074532" w:rsidRPr="003F2AFF" w:rsidRDefault="00EC53A3">
      <w:pPr>
        <w:spacing w:after="360"/>
        <w:rPr>
          <w:rFonts w:ascii="Candara" w:hAnsi="Candara"/>
        </w:rPr>
      </w:pPr>
      <w:r w:rsidRPr="003F2AFF">
        <w:rPr>
          <w:rFonts w:ascii="Candara" w:hAnsi="Candara"/>
          <w:b/>
        </w:rPr>
        <w:t xml:space="preserve">Nome </w:t>
      </w:r>
      <w:proofErr w:type="spellStart"/>
      <w:r w:rsidRPr="003F2AFF">
        <w:rPr>
          <w:rFonts w:ascii="Candara" w:hAnsi="Candara"/>
          <w:b/>
        </w:rPr>
        <w:t>Completo</w:t>
      </w:r>
      <w:proofErr w:type="spellEnd"/>
      <w:r w:rsidRPr="003F2AFF">
        <w:rPr>
          <w:rFonts w:ascii="Candara" w:hAnsi="Candara"/>
          <w:b/>
        </w:rPr>
        <w:t xml:space="preserve"> do Autor 1</w:t>
      </w:r>
      <w:r w:rsidR="003F2AFF">
        <w:rPr>
          <w:rStyle w:val="Refdenotaderodap"/>
          <w:rFonts w:ascii="Candara" w:hAnsi="Candara"/>
          <w:b/>
        </w:rPr>
        <w:footnoteReference w:id="1"/>
      </w:r>
      <w:r w:rsidRPr="003F2AFF">
        <w:rPr>
          <w:rFonts w:ascii="Candara" w:hAnsi="Candara"/>
        </w:rPr>
        <w:t xml:space="preserve"> , </w:t>
      </w:r>
      <w:r w:rsidRPr="003F2AFF">
        <w:rPr>
          <w:rFonts w:ascii="Candara" w:hAnsi="Candara"/>
          <w:b/>
        </w:rPr>
        <w:t xml:space="preserve">Nome </w:t>
      </w:r>
      <w:proofErr w:type="spellStart"/>
      <w:r w:rsidRPr="003F2AFF">
        <w:rPr>
          <w:rFonts w:ascii="Candara" w:hAnsi="Candara"/>
          <w:b/>
        </w:rPr>
        <w:t>Completo</w:t>
      </w:r>
      <w:proofErr w:type="spellEnd"/>
      <w:r w:rsidRPr="003F2AFF">
        <w:rPr>
          <w:rFonts w:ascii="Candara" w:hAnsi="Candara"/>
          <w:b/>
        </w:rPr>
        <w:t xml:space="preserve"> do Autor 2</w:t>
      </w:r>
      <w:r w:rsidR="00C53E6A">
        <w:rPr>
          <w:rStyle w:val="Refdenotaderodap"/>
          <w:rFonts w:ascii="Candara" w:hAnsi="Candara"/>
          <w:b/>
        </w:rPr>
        <w:footnoteReference w:id="2"/>
      </w:r>
    </w:p>
    <w:tbl>
      <w:tblPr>
        <w:tblW w:w="0" w:type="auto"/>
        <w:jc w:val="center"/>
        <w:tblBorders>
          <w:top w:val="single" w:sz="4" w:space="0" w:color="E0E0E0"/>
          <w:bottom w:val="single" w:sz="4" w:space="0" w:color="E0E0E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9360"/>
      </w:tblGrid>
      <w:tr w:rsidR="00074532" w:rsidRPr="003F2AFF" w14:paraId="4A634956" w14:textId="77777777">
        <w:trPr>
          <w:jc w:val="center"/>
        </w:trPr>
        <w:tc>
          <w:tcPr>
            <w:tcW w:w="9360" w:type="dx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0B054114" w14:textId="77777777" w:rsidR="00074532" w:rsidRPr="003F2AFF" w:rsidRDefault="00EC53A3">
            <w:pPr>
              <w:spacing w:after="120"/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</w:rPr>
              <w:t>Resumo</w:t>
            </w:r>
            <w:r w:rsidRPr="003F2AFF">
              <w:rPr>
                <w:rFonts w:ascii="Candara" w:hAnsi="Candara"/>
                <w:b/>
                <w:color w:val="A60628"/>
              </w:rPr>
              <w:br/>
            </w:r>
            <w:r w:rsidRPr="003F2AFF">
              <w:rPr>
                <w:rFonts w:ascii="Candara" w:hAnsi="Candara"/>
                <w:sz w:val="20"/>
              </w:rPr>
              <w:t>O resumo deve conter entre 150 e 250 palavras, descrevendo de forma concisa os objetivos, a fundamentação teórica, a metodologia utilizada, os principais resultados e as considerações finais do manuscrito. Evitar citações bibliográficas e siglas desnecessárias. Este modelo imita perfeitamente a estrutura limpa e profissional solicitada.</w:t>
            </w:r>
          </w:p>
          <w:p w14:paraId="639E48FF" w14:textId="77777777" w:rsidR="00074532" w:rsidRPr="003F2AFF" w:rsidRDefault="00EC53A3">
            <w:pPr>
              <w:spacing w:after="120"/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sz w:val="20"/>
              </w:rPr>
              <w:t xml:space="preserve">Palavras-chave: </w:t>
            </w:r>
            <w:r w:rsidRPr="003F2AFF">
              <w:rPr>
                <w:rFonts w:ascii="Candara" w:hAnsi="Candara"/>
                <w:sz w:val="20"/>
              </w:rPr>
              <w:t>Palavra 1; Palavra 2; Palavra 3; Palavra 4 (Separadas por ponto e vírgula).</w:t>
            </w:r>
          </w:p>
        </w:tc>
      </w:tr>
      <w:tr w:rsidR="00074532" w:rsidRPr="003F2AFF" w14:paraId="78DD239A" w14:textId="77777777">
        <w:trPr>
          <w:jc w:val="center"/>
        </w:trPr>
        <w:tc>
          <w:tcPr>
            <w:tcW w:w="9360" w:type="dx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E0134E4" w14:textId="77777777" w:rsidR="00074532" w:rsidRPr="003F2AFF" w:rsidRDefault="00EC53A3">
            <w:pPr>
              <w:spacing w:after="120"/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</w:rPr>
              <w:t>Abstract</w:t>
            </w:r>
            <w:r w:rsidRPr="003F2AFF">
              <w:rPr>
                <w:rFonts w:ascii="Candara" w:hAnsi="Candara"/>
                <w:b/>
                <w:color w:val="A60628"/>
              </w:rPr>
              <w:br/>
            </w:r>
            <w:r w:rsidRPr="003F2AFF">
              <w:rPr>
                <w:rFonts w:ascii="Candara" w:hAnsi="Candara"/>
                <w:sz w:val="20"/>
              </w:rPr>
              <w:t>The abstract should be an accurate English translation of the Portuguese 'Resumo'. It must outline the main purposes, theoretical background, methods, essential results, and conclusions of the paper in a single block of text.</w:t>
            </w:r>
          </w:p>
          <w:p w14:paraId="6F57080F" w14:textId="77777777" w:rsidR="00074532" w:rsidRPr="003F2AFF" w:rsidRDefault="00EC53A3">
            <w:pPr>
              <w:spacing w:after="240"/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sz w:val="20"/>
              </w:rPr>
              <w:t xml:space="preserve">Keywords: </w:t>
            </w:r>
            <w:r w:rsidRPr="003F2AFF">
              <w:rPr>
                <w:rFonts w:ascii="Candara" w:hAnsi="Candara"/>
                <w:sz w:val="20"/>
              </w:rPr>
              <w:t>Keyword 1; Keyword 2; Keyword 3; Keyword 4.</w:t>
            </w:r>
          </w:p>
        </w:tc>
      </w:tr>
    </w:tbl>
    <w:p w14:paraId="59EFDF86" w14:textId="77777777" w:rsidR="00B74E55" w:rsidRDefault="00B74E55">
      <w:pPr>
        <w:keepNext/>
        <w:spacing w:before="360" w:after="120"/>
        <w:rPr>
          <w:rFonts w:ascii="Candara" w:hAnsi="Candara"/>
          <w:sz w:val="18"/>
        </w:rPr>
      </w:pPr>
    </w:p>
    <w:p w14:paraId="178083D9" w14:textId="60D4ACA3" w:rsidR="00074532" w:rsidRPr="003F2AFF" w:rsidRDefault="00EC53A3">
      <w:pPr>
        <w:keepNext/>
        <w:spacing w:before="360" w:after="120"/>
        <w:rPr>
          <w:rFonts w:ascii="Candara" w:hAnsi="Candara"/>
        </w:rPr>
      </w:pPr>
      <w:r w:rsidRPr="003F2AFF">
        <w:rPr>
          <w:rFonts w:ascii="Candara" w:hAnsi="Candara"/>
          <w:b/>
          <w:color w:val="A60628"/>
          <w:sz w:val="28"/>
        </w:rPr>
        <w:t>1. INTRODUÇÃO</w:t>
      </w:r>
    </w:p>
    <w:p w14:paraId="384ED8AD" w14:textId="77777777" w:rsidR="00074532" w:rsidRPr="003F2AFF" w:rsidRDefault="00EC53A3">
      <w:pPr>
        <w:jc w:val="both"/>
        <w:rPr>
          <w:rFonts w:ascii="Candara" w:hAnsi="Candara"/>
        </w:rPr>
      </w:pPr>
      <w:r w:rsidRPr="003F2AFF">
        <w:rPr>
          <w:rFonts w:ascii="Candara" w:hAnsi="Candara"/>
        </w:rPr>
        <w:t>[Insira aqui o texto de introdução do seu artigo. Apresente o tema de pesquisa, a justificativa da investigação, a hipótese de trabalho e a relevância científica do tema para os estudos da linguagem. O texto deve ser formatado em fonte Arial tamanho 11, cor cinza escuro, com alinhamento justificado e espaçamento entre linhas simples ou 1,15 conforme preferência].</w:t>
      </w:r>
    </w:p>
    <w:p w14:paraId="43DB2B35" w14:textId="77777777" w:rsidR="00074532" w:rsidRPr="003F2AFF" w:rsidRDefault="00EC53A3">
      <w:pPr>
        <w:keepNext/>
        <w:spacing w:before="360" w:after="120"/>
        <w:rPr>
          <w:rFonts w:ascii="Candara" w:hAnsi="Candara"/>
        </w:rPr>
      </w:pPr>
      <w:r w:rsidRPr="003F2AFF">
        <w:rPr>
          <w:rFonts w:ascii="Candara" w:hAnsi="Candara"/>
          <w:b/>
          <w:color w:val="A60628"/>
          <w:sz w:val="28"/>
        </w:rPr>
        <w:t>2. FUNDAMENTAÇÃO TEÓRICA E REVISÃO DE LITERATURA</w:t>
      </w:r>
    </w:p>
    <w:p w14:paraId="4A15593C" w14:textId="77777777" w:rsidR="00074532" w:rsidRPr="003F2AFF" w:rsidRDefault="00EC53A3">
      <w:pPr>
        <w:jc w:val="both"/>
        <w:rPr>
          <w:rFonts w:ascii="Candara" w:hAnsi="Candara"/>
        </w:rPr>
      </w:pPr>
      <w:r w:rsidRPr="003F2AFF">
        <w:rPr>
          <w:rFonts w:ascii="Candara" w:hAnsi="Candara"/>
        </w:rPr>
        <w:t>[Apresente as teorias e os principais autores que fundamentam a sua análise. Você pode subdividir esta seção em subseções utilizando títulos secundários, facilitando a organização das discussões].</w:t>
      </w:r>
    </w:p>
    <w:p w14:paraId="300D297D" w14:textId="77777777" w:rsidR="00074532" w:rsidRPr="003F2AFF" w:rsidRDefault="00EC53A3">
      <w:pPr>
        <w:keepNext/>
        <w:spacing w:before="280" w:after="80"/>
        <w:rPr>
          <w:rFonts w:ascii="Candara" w:hAnsi="Candara"/>
        </w:rPr>
      </w:pPr>
      <w:r w:rsidRPr="003F2AFF">
        <w:rPr>
          <w:rFonts w:ascii="Candara" w:hAnsi="Candara"/>
          <w:b/>
          <w:sz w:val="24"/>
        </w:rPr>
        <w:lastRenderedPageBreak/>
        <w:t>2.1 Subtítulo Temático Secundário</w:t>
      </w:r>
    </w:p>
    <w:p w14:paraId="03FD8053" w14:textId="77777777" w:rsidR="00074532" w:rsidRPr="003F2AFF" w:rsidRDefault="00EC53A3">
      <w:pPr>
        <w:jc w:val="both"/>
        <w:rPr>
          <w:rFonts w:ascii="Candara" w:hAnsi="Candara"/>
        </w:rPr>
      </w:pPr>
      <w:r w:rsidRPr="003F2AFF">
        <w:rPr>
          <w:rFonts w:ascii="Candara" w:hAnsi="Candara"/>
        </w:rPr>
        <w:t>[Texto complementar da subseção. Use para detalhar conceitos específicos da variação linguística, sociolinguística ou ensino de língua portuguesa].</w:t>
      </w:r>
    </w:p>
    <w:p w14:paraId="2F309073" w14:textId="77777777" w:rsidR="00074532" w:rsidRPr="003F2AFF" w:rsidRDefault="00EC53A3">
      <w:pPr>
        <w:keepNext/>
        <w:spacing w:before="360" w:after="120"/>
        <w:rPr>
          <w:rFonts w:ascii="Candara" w:hAnsi="Candara"/>
        </w:rPr>
      </w:pPr>
      <w:r w:rsidRPr="003F2AFF">
        <w:rPr>
          <w:rFonts w:ascii="Candara" w:hAnsi="Candara"/>
          <w:b/>
          <w:color w:val="A60628"/>
          <w:sz w:val="28"/>
        </w:rPr>
        <w:t>3. METODOLOGIA</w:t>
      </w:r>
    </w:p>
    <w:p w14:paraId="75224A44" w14:textId="77777777" w:rsidR="00074532" w:rsidRPr="003F2AFF" w:rsidRDefault="00EC53A3">
      <w:pPr>
        <w:jc w:val="both"/>
        <w:rPr>
          <w:rFonts w:ascii="Candara" w:hAnsi="Candara"/>
        </w:rPr>
      </w:pPr>
      <w:r w:rsidRPr="003F2AFF">
        <w:rPr>
          <w:rFonts w:ascii="Candara" w:hAnsi="Candara"/>
        </w:rPr>
        <w:t>[Descreva detalhadamente a abordagem metodológica da pesquisa (qualitativa, quantitativa, documental), o corpus analisado, as ferramentas de coleta e os procedimentos de análise de dados].</w:t>
      </w:r>
    </w:p>
    <w:p w14:paraId="3F87FF46" w14:textId="77777777" w:rsidR="00074532" w:rsidRPr="003F2AFF" w:rsidRDefault="00EC53A3">
      <w:pPr>
        <w:keepNext/>
        <w:spacing w:before="360" w:after="120"/>
        <w:rPr>
          <w:rFonts w:ascii="Candara" w:hAnsi="Candara"/>
        </w:rPr>
      </w:pPr>
      <w:r w:rsidRPr="003F2AFF">
        <w:rPr>
          <w:rFonts w:ascii="Candara" w:hAnsi="Candara"/>
          <w:b/>
          <w:color w:val="A60628"/>
          <w:sz w:val="28"/>
        </w:rPr>
        <w:t>4. ANÁLISE E DISCUSSÃO DOS DADOS</w:t>
      </w:r>
    </w:p>
    <w:p w14:paraId="5F5901E9" w14:textId="77777777" w:rsidR="00074532" w:rsidRPr="003F2AFF" w:rsidRDefault="00EC53A3">
      <w:pPr>
        <w:jc w:val="both"/>
        <w:rPr>
          <w:rFonts w:ascii="Candara" w:hAnsi="Candara"/>
        </w:rPr>
      </w:pPr>
      <w:r w:rsidRPr="003F2AFF">
        <w:rPr>
          <w:rFonts w:ascii="Candara" w:hAnsi="Candara"/>
        </w:rPr>
        <w:t>[Apresente os resultados obtidos de forma estruturada. Você pode incluir tabelas, quadros ou figuras para ilustrar os dados empíricos observados].</w:t>
      </w:r>
    </w:p>
    <w:p w14:paraId="74AB2D8B" w14:textId="77777777" w:rsidR="00074532" w:rsidRPr="003F2AFF" w:rsidRDefault="00EC53A3">
      <w:pPr>
        <w:keepNext/>
        <w:spacing w:before="360" w:after="120"/>
        <w:rPr>
          <w:rFonts w:ascii="Candara" w:hAnsi="Candara"/>
        </w:rPr>
      </w:pPr>
      <w:r w:rsidRPr="003F2AFF">
        <w:rPr>
          <w:rFonts w:ascii="Candara" w:hAnsi="Candara"/>
          <w:b/>
          <w:color w:val="A60628"/>
          <w:sz w:val="28"/>
        </w:rPr>
        <w:t>5. CONSIDERAÇÕES FINAIS</w:t>
      </w:r>
    </w:p>
    <w:p w14:paraId="65FF2EE5" w14:textId="77777777" w:rsidR="00074532" w:rsidRDefault="00EC53A3">
      <w:pPr>
        <w:jc w:val="both"/>
        <w:rPr>
          <w:rFonts w:ascii="Candara" w:hAnsi="Candara"/>
        </w:rPr>
      </w:pPr>
      <w:r w:rsidRPr="003F2AFF">
        <w:rPr>
          <w:rFonts w:ascii="Candara" w:hAnsi="Candara"/>
        </w:rPr>
        <w:t xml:space="preserve">[Sintetize as conclusões da pesquisa respondendo aos objetivos propostos e apontando limitações e </w:t>
      </w:r>
      <w:proofErr w:type="spellStart"/>
      <w:r w:rsidRPr="003F2AFF">
        <w:rPr>
          <w:rFonts w:ascii="Candara" w:hAnsi="Candara"/>
        </w:rPr>
        <w:t>sugestões</w:t>
      </w:r>
      <w:proofErr w:type="spellEnd"/>
      <w:r w:rsidRPr="003F2AFF">
        <w:rPr>
          <w:rFonts w:ascii="Candara" w:hAnsi="Candara"/>
        </w:rPr>
        <w:t xml:space="preserve"> para </w:t>
      </w:r>
      <w:proofErr w:type="spellStart"/>
      <w:r w:rsidRPr="003F2AFF">
        <w:rPr>
          <w:rFonts w:ascii="Candara" w:hAnsi="Candara"/>
        </w:rPr>
        <w:t>investigações</w:t>
      </w:r>
      <w:proofErr w:type="spellEnd"/>
      <w:r w:rsidRPr="003F2AFF">
        <w:rPr>
          <w:rFonts w:ascii="Candara" w:hAnsi="Candara"/>
        </w:rPr>
        <w:t xml:space="preserve"> </w:t>
      </w:r>
      <w:proofErr w:type="spellStart"/>
      <w:r w:rsidRPr="003F2AFF">
        <w:rPr>
          <w:rFonts w:ascii="Candara" w:hAnsi="Candara"/>
        </w:rPr>
        <w:t>futuras</w:t>
      </w:r>
      <w:proofErr w:type="spellEnd"/>
      <w:r w:rsidRPr="003F2AFF">
        <w:rPr>
          <w:rFonts w:ascii="Candara" w:hAnsi="Candara"/>
        </w:rPr>
        <w:t>].</w:t>
      </w:r>
    </w:p>
    <w:p w14:paraId="62DB06AF" w14:textId="0CE7EF19" w:rsidR="00C53E6A" w:rsidRPr="003F2AFF" w:rsidRDefault="00C53E6A" w:rsidP="00C53E6A">
      <w:pPr>
        <w:keepNext/>
        <w:spacing w:before="360" w:after="120"/>
        <w:rPr>
          <w:rFonts w:ascii="Candara" w:hAnsi="Candara"/>
        </w:rPr>
      </w:pPr>
      <w:proofErr w:type="spellStart"/>
      <w:r>
        <w:rPr>
          <w:rFonts w:ascii="Candara" w:hAnsi="Candara"/>
          <w:b/>
          <w:color w:val="A60628"/>
          <w:sz w:val="28"/>
        </w:rPr>
        <w:t>Agradecimentos</w:t>
      </w:r>
      <w:proofErr w:type="spellEnd"/>
    </w:p>
    <w:p w14:paraId="73E1CD9B" w14:textId="2B13BA6D" w:rsidR="00C53E6A" w:rsidRPr="003F2AFF" w:rsidRDefault="00C53E6A">
      <w:pPr>
        <w:jc w:val="both"/>
        <w:rPr>
          <w:rFonts w:ascii="Candara" w:hAnsi="Candara"/>
        </w:rPr>
      </w:pPr>
      <w:r>
        <w:rPr>
          <w:rFonts w:ascii="Candara" w:hAnsi="Candara"/>
        </w:rPr>
        <w:t>[</w:t>
      </w:r>
      <w:proofErr w:type="spellStart"/>
      <w:r>
        <w:rPr>
          <w:rFonts w:ascii="Candara" w:hAnsi="Candara"/>
        </w:rPr>
        <w:t>Inserir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agradecimento</w:t>
      </w:r>
      <w:proofErr w:type="spellEnd"/>
      <w:r>
        <w:rPr>
          <w:rFonts w:ascii="Candara" w:hAnsi="Candara"/>
        </w:rPr>
        <w:t xml:space="preserve"> a </w:t>
      </w:r>
      <w:proofErr w:type="spellStart"/>
      <w:r>
        <w:rPr>
          <w:rFonts w:ascii="Candara" w:hAnsi="Candara"/>
        </w:rPr>
        <w:t>profissionais</w:t>
      </w:r>
      <w:proofErr w:type="spellEnd"/>
      <w:r>
        <w:rPr>
          <w:rFonts w:ascii="Candara" w:hAnsi="Candara"/>
        </w:rPr>
        <w:t xml:space="preserve">, </w:t>
      </w:r>
      <w:proofErr w:type="spellStart"/>
      <w:r>
        <w:rPr>
          <w:rFonts w:ascii="Candara" w:hAnsi="Candara"/>
        </w:rPr>
        <w:t>instituições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ou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agências</w:t>
      </w:r>
      <w:proofErr w:type="spellEnd"/>
      <w:r>
        <w:rPr>
          <w:rFonts w:ascii="Candara" w:hAnsi="Candara"/>
        </w:rPr>
        <w:t xml:space="preserve"> de </w:t>
      </w:r>
      <w:proofErr w:type="spellStart"/>
      <w:r>
        <w:rPr>
          <w:rFonts w:ascii="Candara" w:hAnsi="Candara"/>
        </w:rPr>
        <w:t>fomento</w:t>
      </w:r>
      <w:proofErr w:type="spellEnd"/>
      <w:r>
        <w:rPr>
          <w:rFonts w:ascii="Candara" w:hAnsi="Candara"/>
        </w:rPr>
        <w:t>]</w:t>
      </w:r>
    </w:p>
    <w:p w14:paraId="09B6FBB5" w14:textId="77777777" w:rsidR="00074532" w:rsidRPr="003F2AFF" w:rsidRDefault="00EC53A3">
      <w:pPr>
        <w:keepNext/>
        <w:spacing w:before="360" w:after="120"/>
        <w:rPr>
          <w:rFonts w:ascii="Candara" w:hAnsi="Candara"/>
        </w:rPr>
      </w:pPr>
      <w:r w:rsidRPr="003F2AFF">
        <w:rPr>
          <w:rFonts w:ascii="Candara" w:hAnsi="Candara"/>
          <w:b/>
          <w:color w:val="A60628"/>
          <w:sz w:val="28"/>
        </w:rPr>
        <w:t>REFERÊNCIAS</w:t>
      </w:r>
    </w:p>
    <w:p w14:paraId="4BE3138A" w14:textId="77777777" w:rsidR="00074532" w:rsidRPr="003F2AFF" w:rsidRDefault="00EC53A3">
      <w:pPr>
        <w:jc w:val="both"/>
        <w:rPr>
          <w:rFonts w:ascii="Candara" w:hAnsi="Candara"/>
        </w:rPr>
      </w:pPr>
      <w:r w:rsidRPr="003F2AFF">
        <w:rPr>
          <w:rFonts w:ascii="Candara" w:hAnsi="Candara"/>
        </w:rPr>
        <w:t>[Insira aqui as referências bibliográficas completas em ordem alfabética, seguindo rigorosamente as normas vigentes da ABNT NBR 6023 ou APA, conforme diretrizes da revista Diálogos].</w:t>
      </w:r>
      <w:r w:rsidRPr="003F2AFF">
        <w:rPr>
          <w:rFonts w:ascii="Candara" w:hAnsi="Candara"/>
        </w:rPr>
        <w:br/>
      </w:r>
      <w:r w:rsidRPr="003F2AFF">
        <w:rPr>
          <w:rFonts w:ascii="Candara" w:hAnsi="Candara"/>
        </w:rPr>
        <w:br/>
        <w:t>Exemplo ABNT:</w:t>
      </w:r>
      <w:r w:rsidRPr="003F2AFF">
        <w:rPr>
          <w:rFonts w:ascii="Candara" w:hAnsi="Candara"/>
        </w:rPr>
        <w:br/>
        <w:t>SOBRENOME, Nome. Título do livro em negrito: subtítulo. Cidade: Editora, ano.</w:t>
      </w:r>
      <w:r w:rsidRPr="003F2AFF">
        <w:rPr>
          <w:rFonts w:ascii="Candara" w:hAnsi="Candara"/>
        </w:rPr>
        <w:br/>
      </w:r>
      <w:r w:rsidRPr="003F2AFF">
        <w:rPr>
          <w:rFonts w:ascii="Candara" w:hAnsi="Candara"/>
        </w:rPr>
        <w:br/>
        <w:t>Exemplo Artigo:</w:t>
      </w:r>
      <w:r w:rsidRPr="003F2AFF">
        <w:rPr>
          <w:rFonts w:ascii="Candara" w:hAnsi="Candara"/>
        </w:rPr>
        <w:br/>
      </w:r>
      <w:r w:rsidRPr="003F2AFF">
        <w:rPr>
          <w:rFonts w:ascii="Candara" w:hAnsi="Candara"/>
        </w:rPr>
        <w:t>SOBRENOME, Nome. Título do artigo. Nome da Revista em negrito, v. X, n. X, p. X-X, ano.</w:t>
      </w:r>
    </w:p>
    <w:p w14:paraId="6171653B" w14:textId="77777777" w:rsidR="00074532" w:rsidRPr="003F2AFF" w:rsidRDefault="00EC53A3">
      <w:pPr>
        <w:rPr>
          <w:rFonts w:ascii="Candara" w:hAnsi="Candara"/>
        </w:rPr>
      </w:pPr>
      <w:r w:rsidRPr="003F2AFF">
        <w:rPr>
          <w:rFonts w:ascii="Candara" w:hAnsi="Candara"/>
        </w:rPr>
        <w:br w:type="page"/>
      </w:r>
    </w:p>
    <w:p w14:paraId="564568F1" w14:textId="77777777" w:rsidR="00074532" w:rsidRPr="003F2AFF" w:rsidRDefault="00EC53A3">
      <w:pPr>
        <w:keepNext/>
        <w:spacing w:before="360" w:after="120"/>
        <w:rPr>
          <w:rFonts w:ascii="Candara" w:hAnsi="Candara"/>
        </w:rPr>
      </w:pPr>
      <w:r w:rsidRPr="003F2AFF">
        <w:rPr>
          <w:rFonts w:ascii="Candara" w:hAnsi="Candara"/>
          <w:b/>
          <w:color w:val="A60628"/>
          <w:sz w:val="28"/>
        </w:rPr>
        <w:lastRenderedPageBreak/>
        <w:t>Apêndice - Detalhes Editoriais</w:t>
      </w:r>
    </w:p>
    <w:tbl>
      <w:tblPr>
        <w:tblW w:w="0" w:type="auto"/>
        <w:jc w:val="center"/>
        <w:tblBorders>
          <w:top w:val="single" w:sz="4" w:space="0" w:color="E0E0E0"/>
          <w:bottom w:val="single" w:sz="4" w:space="0" w:color="E0E0E0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2880"/>
        <w:gridCol w:w="6480"/>
      </w:tblGrid>
      <w:tr w:rsidR="00074532" w:rsidRPr="003F2AFF" w14:paraId="2788B904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D7BD98" w14:textId="77777777" w:rsidR="00074532" w:rsidRPr="003F2AFF" w:rsidRDefault="00EC53A3">
            <w:pPr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  <w:sz w:val="20"/>
              </w:rPr>
              <w:t>Histórico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91341A" w14:textId="77777777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>Submetido: DD/MM/AAAA</w:t>
            </w:r>
            <w:r w:rsidRPr="003F2AFF">
              <w:rPr>
                <w:rFonts w:ascii="Candara" w:hAnsi="Candara"/>
                <w:sz w:val="18"/>
              </w:rPr>
              <w:br/>
              <w:t>Aprovado: DD/MM/AAAA</w:t>
            </w:r>
            <w:r w:rsidRPr="003F2AFF">
              <w:rPr>
                <w:rFonts w:ascii="Candara" w:hAnsi="Candara"/>
                <w:sz w:val="18"/>
              </w:rPr>
              <w:br/>
              <w:t>Publicado: DD/MM/AAAA</w:t>
            </w:r>
          </w:p>
        </w:tc>
      </w:tr>
      <w:tr w:rsidR="00074532" w:rsidRPr="003F2AFF" w14:paraId="19074ED5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2E93B0" w14:textId="77777777" w:rsidR="00074532" w:rsidRPr="003F2AFF" w:rsidRDefault="00EC53A3">
            <w:pPr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  <w:sz w:val="20"/>
              </w:rPr>
              <w:t>Como citar (ABNT)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E49A7B" w14:textId="77777777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>SOBRENOME, N. Título do artigo. Diálogos: Revista de Estudos da Linguagem, Recife, v. X, n. X, eXXXXXXX, 2026. DOI: https://doi.org/10.37084/DIALOGOS...</w:t>
            </w:r>
          </w:p>
        </w:tc>
      </w:tr>
      <w:tr w:rsidR="00074532" w:rsidRPr="003F2AFF" w14:paraId="77AA0930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CAFD19" w14:textId="77777777" w:rsidR="00074532" w:rsidRPr="003F2AFF" w:rsidRDefault="00EC53A3">
            <w:pPr>
              <w:rPr>
                <w:rFonts w:ascii="Candara" w:hAnsi="Candara"/>
              </w:rPr>
            </w:pPr>
            <w:proofErr w:type="spellStart"/>
            <w:r w:rsidRPr="003F2AFF">
              <w:rPr>
                <w:rFonts w:ascii="Candara" w:hAnsi="Candara"/>
                <w:b/>
                <w:color w:val="A60628"/>
                <w:sz w:val="20"/>
              </w:rPr>
              <w:t>Financiamento</w:t>
            </w:r>
            <w:proofErr w:type="spellEnd"/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5C5EB4" w14:textId="77777777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>[Indicar agência de fomento (ex: FACEPE, CNPq, CAPES) ou 'Não se Aplica']</w:t>
            </w:r>
          </w:p>
        </w:tc>
      </w:tr>
      <w:tr w:rsidR="00074532" w:rsidRPr="003F2AFF" w14:paraId="6557CCCF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2F628F" w14:textId="77777777" w:rsidR="00074532" w:rsidRPr="003F2AFF" w:rsidRDefault="00EC53A3">
            <w:pPr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  <w:sz w:val="20"/>
              </w:rPr>
              <w:t>Conflito de Interesse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E4E5FD" w14:textId="77777777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>Os autores declararam não haver nenhum conflito de interesse de ordem pessoal, comercial, acadêmica, política ou financeira referente a este artigo.</w:t>
            </w:r>
          </w:p>
        </w:tc>
      </w:tr>
      <w:tr w:rsidR="00074532" w:rsidRPr="003F2AFF" w14:paraId="64780746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59205A" w14:textId="77777777" w:rsidR="00074532" w:rsidRPr="003F2AFF" w:rsidRDefault="00EC53A3">
            <w:pPr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  <w:sz w:val="20"/>
              </w:rPr>
              <w:t>Contribuição dos Autores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3AFFE7" w14:textId="77777777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>Resumo/Abstract: Autor 1, Autor 2; Introdução: Autor 1; Metodologia: Autor 1, Autor 2; Análise de dados: Autor 2; Revisão final: Autor 1.</w:t>
            </w:r>
          </w:p>
        </w:tc>
      </w:tr>
      <w:tr w:rsidR="00074532" w:rsidRPr="003F2AFF" w14:paraId="6DD1DCBE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BBF7C5" w14:textId="77777777" w:rsidR="00074532" w:rsidRPr="003F2AFF" w:rsidRDefault="00EC53A3">
            <w:pPr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  <w:sz w:val="20"/>
              </w:rPr>
              <w:t>Direitos Autorais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1D3DA0" w14:textId="77777777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>Os direitos autorais são mantidos pelos autores, os quais concedem à Diálogos os direitos exclusivos de primeira publicação. Os autores têm autorização para assumir contratos adicionais separadamente para distribuição não exclusiva da versão publicada.</w:t>
            </w:r>
          </w:p>
        </w:tc>
      </w:tr>
      <w:tr w:rsidR="00074532" w:rsidRPr="003F2AFF" w14:paraId="124E6D3D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0E5904" w14:textId="77777777" w:rsidR="00074532" w:rsidRPr="003F2AFF" w:rsidRDefault="00EC53A3">
            <w:pPr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  <w:sz w:val="20"/>
              </w:rPr>
              <w:t>Open Access / Licença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79A8D2" w14:textId="77777777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>Este artigo é de acesso aberto (Open Access) distribuído sob os termos da Licença Creative Commons Atribuição-NãoComercial-SemDerivações 4.0 Internacional (CC BY-NC-ND 4.0).</w:t>
            </w:r>
          </w:p>
        </w:tc>
      </w:tr>
      <w:tr w:rsidR="00074532" w:rsidRPr="003F2AFF" w14:paraId="0655A9F4" w14:textId="77777777">
        <w:trPr>
          <w:jc w:val="center"/>
        </w:trPr>
        <w:tc>
          <w:tcPr>
            <w:tcW w:w="2880" w:type="dxa"/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C174AE" w14:textId="77777777" w:rsidR="00074532" w:rsidRPr="003F2AFF" w:rsidRDefault="00EC53A3">
            <w:pPr>
              <w:rPr>
                <w:rFonts w:ascii="Candara" w:hAnsi="Candara"/>
              </w:rPr>
            </w:pPr>
            <w:r w:rsidRPr="003F2AFF">
              <w:rPr>
                <w:rFonts w:ascii="Candara" w:hAnsi="Candara"/>
                <w:b/>
                <w:color w:val="A60628"/>
                <w:sz w:val="20"/>
              </w:rPr>
              <w:t>Editores Responsáveis</w:t>
            </w:r>
          </w:p>
        </w:tc>
        <w:tc>
          <w:tcPr>
            <w:tcW w:w="64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A627E7" w14:textId="3F9362A4" w:rsidR="00074532" w:rsidRPr="003F2AFF" w:rsidRDefault="00EC53A3">
            <w:pPr>
              <w:jc w:val="both"/>
              <w:rPr>
                <w:rFonts w:ascii="Candara" w:hAnsi="Candara"/>
              </w:rPr>
            </w:pPr>
            <w:r w:rsidRPr="003F2AFF">
              <w:rPr>
                <w:rFonts w:ascii="Candara" w:hAnsi="Candara"/>
                <w:sz w:val="18"/>
              </w:rPr>
              <w:t xml:space="preserve">Prof. Dr. </w:t>
            </w:r>
            <w:r w:rsidR="003F2AFF">
              <w:rPr>
                <w:rFonts w:ascii="Candara" w:hAnsi="Candara"/>
                <w:sz w:val="18"/>
              </w:rPr>
              <w:t>Fernando Augusto de Lima Olivera</w:t>
            </w:r>
            <w:r w:rsidRPr="003F2AFF">
              <w:rPr>
                <w:rFonts w:ascii="Candara" w:hAnsi="Candara"/>
                <w:sz w:val="18"/>
              </w:rPr>
              <w:t xml:space="preserve"> (Editor-</w:t>
            </w:r>
            <w:proofErr w:type="spellStart"/>
            <w:r w:rsidRPr="003F2AFF">
              <w:rPr>
                <w:rFonts w:ascii="Candara" w:hAnsi="Candara"/>
                <w:sz w:val="18"/>
              </w:rPr>
              <w:t>Chefe</w:t>
            </w:r>
            <w:proofErr w:type="spellEnd"/>
            <w:r w:rsidRPr="003F2AFF">
              <w:rPr>
                <w:rFonts w:ascii="Candara" w:hAnsi="Candara"/>
                <w:sz w:val="18"/>
              </w:rPr>
              <w:t xml:space="preserve"> / UPE)</w:t>
            </w:r>
            <w:r w:rsidR="003F2AFF">
              <w:rPr>
                <w:rFonts w:ascii="Candara" w:hAnsi="Candara"/>
                <w:sz w:val="18"/>
              </w:rPr>
              <w:t xml:space="preserve"> e o</w:t>
            </w:r>
            <w:r w:rsidRPr="003F2AFF">
              <w:rPr>
                <w:rFonts w:ascii="Candara" w:hAnsi="Candara"/>
                <w:sz w:val="18"/>
              </w:rPr>
              <w:br/>
              <w:t xml:space="preserve">Corpo Editorial </w:t>
            </w:r>
            <w:proofErr w:type="spellStart"/>
            <w:r w:rsidRPr="003F2AFF">
              <w:rPr>
                <w:rFonts w:ascii="Candara" w:hAnsi="Candara"/>
                <w:sz w:val="18"/>
              </w:rPr>
              <w:t>Adjunto</w:t>
            </w:r>
            <w:proofErr w:type="spellEnd"/>
            <w:r w:rsidRPr="003F2AFF">
              <w:rPr>
                <w:rFonts w:ascii="Candara" w:hAnsi="Candara"/>
                <w:sz w:val="18"/>
              </w:rPr>
              <w:t xml:space="preserve"> da Revista Diálogos</w:t>
            </w:r>
          </w:p>
        </w:tc>
      </w:tr>
    </w:tbl>
    <w:p w14:paraId="1F65B1BC" w14:textId="77777777" w:rsidR="00EC53A3" w:rsidRPr="003F2AFF" w:rsidRDefault="00EC53A3">
      <w:pPr>
        <w:rPr>
          <w:rFonts w:ascii="Candara" w:hAnsi="Candara"/>
        </w:rPr>
      </w:pPr>
    </w:p>
    <w:sectPr w:rsidR="00EC53A3" w:rsidRPr="003F2AFF" w:rsidSect="00C53E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D46145" w14:textId="77777777" w:rsidR="00EC53A3" w:rsidRDefault="00EC53A3" w:rsidP="003F2AFF">
      <w:pPr>
        <w:spacing w:after="0" w:line="240" w:lineRule="auto"/>
      </w:pPr>
      <w:r>
        <w:separator/>
      </w:r>
    </w:p>
  </w:endnote>
  <w:endnote w:type="continuationSeparator" w:id="0">
    <w:p w14:paraId="76848F3A" w14:textId="77777777" w:rsidR="00EC53A3" w:rsidRDefault="00EC53A3" w:rsidP="003F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128777132"/>
      <w:docPartObj>
        <w:docPartGallery w:val="Page Numbers (Bottom of Page)"/>
        <w:docPartUnique/>
      </w:docPartObj>
    </w:sdtPr>
    <w:sdtContent>
      <w:p w14:paraId="3B6844D6" w14:textId="01C0D949" w:rsidR="003F2AFF" w:rsidRDefault="003F2AFF" w:rsidP="00C67A45">
        <w:pPr>
          <w:pStyle w:val="Rodap"/>
          <w:framePr w:wrap="none" w:vAnchor="text" w:hAnchor="margin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sdt>
    <w:sdtPr>
      <w:rPr>
        <w:rStyle w:val="Nmerodepgina"/>
      </w:rPr>
      <w:id w:val="1471555652"/>
      <w:docPartObj>
        <w:docPartGallery w:val="Page Numbers (Bottom of Page)"/>
        <w:docPartUnique/>
      </w:docPartObj>
    </w:sdtPr>
    <w:sdtContent>
      <w:p w14:paraId="70D740C4" w14:textId="064F50CB" w:rsidR="003F2AFF" w:rsidRDefault="003F2AFF" w:rsidP="003F2AFF">
        <w:pPr>
          <w:pStyle w:val="Rodap"/>
          <w:framePr w:wrap="none" w:vAnchor="text" w:hAnchor="margin" w:xAlign="right" w:y="1"/>
          <w:ind w:firstLine="360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7300587C" w14:textId="77777777" w:rsidR="003F2AFF" w:rsidRDefault="003F2AFF" w:rsidP="003F2AF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  <w:color w:val="FFFFFF" w:themeColor="background1"/>
      </w:rPr>
      <w:id w:val="-160232249"/>
      <w:docPartObj>
        <w:docPartGallery w:val="Page Numbers (Bottom of Page)"/>
        <w:docPartUnique/>
      </w:docPartObj>
    </w:sdtPr>
    <w:sdtContent>
      <w:p w14:paraId="00CC1187" w14:textId="461DB550" w:rsidR="003F2AFF" w:rsidRPr="003F2AFF" w:rsidRDefault="003F2AFF" w:rsidP="003F2AFF">
        <w:pPr>
          <w:pStyle w:val="Rodap"/>
          <w:framePr w:w="377" w:wrap="none" w:vAnchor="text" w:hAnchor="page" w:x="1280" w:y="5"/>
          <w:shd w:val="clear" w:color="auto" w:fill="C00000"/>
          <w:jc w:val="center"/>
          <w:rPr>
            <w:rStyle w:val="Nmerodepgina"/>
            <w:color w:val="FFFFFF" w:themeColor="background1"/>
          </w:rPr>
        </w:pPr>
        <w:r w:rsidRPr="003F2AFF">
          <w:rPr>
            <w:rStyle w:val="Nmerodepgina"/>
            <w:rFonts w:ascii="Candara" w:hAnsi="Candara"/>
            <w:b/>
            <w:bCs/>
            <w:color w:val="FFFFFF" w:themeColor="background1"/>
          </w:rPr>
          <w:fldChar w:fldCharType="begin"/>
        </w:r>
        <w:r w:rsidRPr="003F2AFF">
          <w:rPr>
            <w:rStyle w:val="Nmerodepgina"/>
            <w:rFonts w:ascii="Candara" w:hAnsi="Candara"/>
            <w:b/>
            <w:bCs/>
            <w:color w:val="FFFFFF" w:themeColor="background1"/>
          </w:rPr>
          <w:instrText xml:space="preserve"> PAGE </w:instrText>
        </w:r>
        <w:r w:rsidRPr="003F2AFF">
          <w:rPr>
            <w:rStyle w:val="Nmerodepgina"/>
            <w:rFonts w:ascii="Candara" w:hAnsi="Candara"/>
            <w:b/>
            <w:bCs/>
            <w:color w:val="FFFFFF" w:themeColor="background1"/>
          </w:rPr>
          <w:fldChar w:fldCharType="separate"/>
        </w:r>
        <w:r w:rsidRPr="003F2AFF">
          <w:rPr>
            <w:rStyle w:val="Nmerodepgina"/>
            <w:rFonts w:ascii="Candara" w:hAnsi="Candara"/>
            <w:b/>
            <w:bCs/>
            <w:noProof/>
            <w:color w:val="FFFFFF" w:themeColor="background1"/>
          </w:rPr>
          <w:t>1</w:t>
        </w:r>
        <w:r w:rsidRPr="003F2AFF">
          <w:rPr>
            <w:rStyle w:val="Nmerodepgina"/>
            <w:rFonts w:ascii="Candara" w:hAnsi="Candara"/>
            <w:b/>
            <w:bCs/>
            <w:color w:val="FFFFFF" w:themeColor="background1"/>
          </w:rPr>
          <w:fldChar w:fldCharType="end"/>
        </w:r>
      </w:p>
    </w:sdtContent>
  </w:sdt>
  <w:p w14:paraId="1391DC87" w14:textId="4ACDD903" w:rsidR="00C53E6A" w:rsidRPr="00C53E6A" w:rsidRDefault="00C53E6A" w:rsidP="00C53E6A">
    <w:pPr>
      <w:pStyle w:val="Rodap"/>
      <w:ind w:right="-846" w:firstLine="360"/>
      <w:rPr>
        <w:rFonts w:ascii="Calisto MT" w:hAnsi="Calisto MT"/>
        <w:sz w:val="18"/>
        <w:szCs w:val="18"/>
      </w:rPr>
    </w:pPr>
    <w:r w:rsidRPr="00C53E6A">
      <w:rPr>
        <w:rFonts w:ascii="Calisto MT" w:hAnsi="Calisto MT"/>
        <w:sz w:val="18"/>
        <w:szCs w:val="18"/>
      </w:rPr>
      <w:t>_____________________________</w:t>
    </w:r>
    <w:r>
      <w:rPr>
        <w:rFonts w:ascii="Calisto MT" w:hAnsi="Calisto MT"/>
        <w:sz w:val="18"/>
        <w:szCs w:val="18"/>
      </w:rPr>
      <w:t>_______________</w:t>
    </w:r>
    <w:r w:rsidRPr="00C53E6A">
      <w:rPr>
        <w:rFonts w:ascii="Calisto MT" w:hAnsi="Calisto MT"/>
        <w:sz w:val="18"/>
        <w:szCs w:val="18"/>
      </w:rPr>
      <w:t xml:space="preserve">_______ Revista </w:t>
    </w:r>
    <w:proofErr w:type="spellStart"/>
    <w:r w:rsidRPr="00C53E6A">
      <w:rPr>
        <w:rFonts w:ascii="Calisto MT" w:hAnsi="Calisto MT"/>
        <w:sz w:val="18"/>
        <w:szCs w:val="18"/>
      </w:rPr>
      <w:t>Diálogos</w:t>
    </w:r>
    <w:proofErr w:type="spellEnd"/>
    <w:r w:rsidRPr="00C53E6A">
      <w:rPr>
        <w:rFonts w:ascii="Calisto MT" w:hAnsi="Calisto MT"/>
        <w:sz w:val="18"/>
        <w:szCs w:val="18"/>
      </w:rPr>
      <w:t xml:space="preserve"> (</w:t>
    </w:r>
    <w:proofErr w:type="spellStart"/>
    <w:r w:rsidRPr="00C53E6A">
      <w:rPr>
        <w:rFonts w:ascii="Calisto MT" w:hAnsi="Calisto MT"/>
        <w:sz w:val="18"/>
        <w:szCs w:val="18"/>
      </w:rPr>
      <w:t>Revdia</w:t>
    </w:r>
    <w:proofErr w:type="spellEnd"/>
    <w:r w:rsidRPr="00C53E6A">
      <w:rPr>
        <w:rFonts w:ascii="Calisto MT" w:hAnsi="Calisto MT"/>
        <w:sz w:val="18"/>
        <w:szCs w:val="18"/>
      </w:rPr>
      <w:t>) | e20260001, Jan-Dez,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1890370317"/>
      <w:docPartObj>
        <w:docPartGallery w:val="Page Numbers (Bottom of Page)"/>
        <w:docPartUnique/>
      </w:docPartObj>
    </w:sdtPr>
    <w:sdtContent>
      <w:p w14:paraId="3188C21F" w14:textId="199E3B5B" w:rsidR="003F2AFF" w:rsidRDefault="003F2AFF" w:rsidP="00B74E55">
        <w:pPr>
          <w:pStyle w:val="Rodap"/>
          <w:framePr w:w="392" w:wrap="none" w:vAnchor="text" w:hAnchor="page" w:x="1481" w:y="5"/>
          <w:shd w:val="clear" w:color="auto" w:fill="C00000"/>
          <w:jc w:val="center"/>
          <w:rPr>
            <w:rStyle w:val="Nmerodepgina"/>
          </w:rPr>
        </w:pPr>
        <w:r w:rsidRPr="00B74E55">
          <w:rPr>
            <w:rStyle w:val="Nmerodepgina"/>
            <w:rFonts w:ascii="Candara" w:hAnsi="Candara"/>
            <w:b/>
            <w:bCs/>
            <w:color w:val="FFFFFF" w:themeColor="background1"/>
            <w:shd w:val="clear" w:color="auto" w:fill="C00000"/>
          </w:rPr>
          <w:fldChar w:fldCharType="begin"/>
        </w:r>
        <w:r w:rsidRPr="00B74E55">
          <w:rPr>
            <w:rStyle w:val="Nmerodepgina"/>
            <w:rFonts w:ascii="Candara" w:hAnsi="Candara"/>
            <w:b/>
            <w:bCs/>
            <w:color w:val="FFFFFF" w:themeColor="background1"/>
            <w:shd w:val="clear" w:color="auto" w:fill="C00000"/>
          </w:rPr>
          <w:instrText xml:space="preserve"> PAGE </w:instrText>
        </w:r>
        <w:r w:rsidRPr="00B74E55">
          <w:rPr>
            <w:rStyle w:val="Nmerodepgina"/>
            <w:rFonts w:ascii="Candara" w:hAnsi="Candara"/>
            <w:b/>
            <w:bCs/>
            <w:color w:val="FFFFFF" w:themeColor="background1"/>
            <w:shd w:val="clear" w:color="auto" w:fill="C00000"/>
          </w:rPr>
          <w:fldChar w:fldCharType="separate"/>
        </w:r>
        <w:r w:rsidRPr="00B74E55">
          <w:rPr>
            <w:rStyle w:val="Nmerodepgina"/>
            <w:rFonts w:ascii="Candara" w:hAnsi="Candara"/>
            <w:b/>
            <w:bCs/>
            <w:noProof/>
            <w:color w:val="FFFFFF" w:themeColor="background1"/>
            <w:shd w:val="clear" w:color="auto" w:fill="C00000"/>
          </w:rPr>
          <w:t>1</w:t>
        </w:r>
        <w:r w:rsidRPr="00B74E55">
          <w:rPr>
            <w:rStyle w:val="Nmerodepgina"/>
            <w:rFonts w:ascii="Candara" w:hAnsi="Candara"/>
            <w:b/>
            <w:bCs/>
            <w:color w:val="FFFFFF" w:themeColor="background1"/>
            <w:shd w:val="clear" w:color="auto" w:fill="C00000"/>
          </w:rPr>
          <w:fldChar w:fldCharType="end"/>
        </w:r>
      </w:p>
    </w:sdtContent>
  </w:sdt>
  <w:p w14:paraId="67197DB2" w14:textId="77777777" w:rsidR="003F2AFF" w:rsidRDefault="003F2AFF" w:rsidP="003F2AFF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603D49" w14:textId="77777777" w:rsidR="00EC53A3" w:rsidRDefault="00EC53A3" w:rsidP="003F2AFF">
      <w:pPr>
        <w:spacing w:after="0" w:line="240" w:lineRule="auto"/>
      </w:pPr>
      <w:r>
        <w:separator/>
      </w:r>
    </w:p>
  </w:footnote>
  <w:footnote w:type="continuationSeparator" w:id="0">
    <w:p w14:paraId="0298DEFE" w14:textId="77777777" w:rsidR="00EC53A3" w:rsidRDefault="00EC53A3" w:rsidP="003F2AFF">
      <w:pPr>
        <w:spacing w:after="0" w:line="240" w:lineRule="auto"/>
      </w:pPr>
      <w:r>
        <w:continuationSeparator/>
      </w:r>
    </w:p>
  </w:footnote>
  <w:footnote w:id="1">
    <w:p w14:paraId="5C852650" w14:textId="31D1D577" w:rsidR="003F2AFF" w:rsidRPr="00C53E6A" w:rsidRDefault="003F2AFF">
      <w:pPr>
        <w:pStyle w:val="Textodenotaderodap"/>
        <w:rPr>
          <w:rFonts w:ascii="Candara" w:hAnsi="Candara"/>
          <w:lang w:val="pt-BR"/>
        </w:rPr>
      </w:pPr>
      <w:r w:rsidRPr="00C53E6A">
        <w:rPr>
          <w:rStyle w:val="Refdenotaderodap"/>
          <w:rFonts w:ascii="Candara" w:hAnsi="Candara"/>
        </w:rPr>
        <w:footnoteRef/>
      </w:r>
      <w:r w:rsidRPr="00C53E6A">
        <w:rPr>
          <w:rFonts w:ascii="Candara" w:hAnsi="Candara"/>
        </w:rPr>
        <w:t xml:space="preserve"> </w:t>
      </w:r>
      <w:r w:rsidRPr="00C53E6A">
        <w:rPr>
          <w:rFonts w:ascii="Candara" w:hAnsi="Candara"/>
          <w:lang w:val="pt-BR"/>
        </w:rPr>
        <w:t xml:space="preserve">Universidade de Pernambuco, e-mail, </w:t>
      </w:r>
      <w:r w:rsidR="00C53E6A" w:rsidRPr="00C53E6A">
        <w:rPr>
          <w:rFonts w:ascii="Candara" w:hAnsi="Candara"/>
          <w:lang w:val="pt-BR"/>
        </w:rPr>
        <w:t>ORCID</w:t>
      </w:r>
    </w:p>
  </w:footnote>
  <w:footnote w:id="2">
    <w:p w14:paraId="50FDD9E9" w14:textId="22AAD279" w:rsidR="00C53E6A" w:rsidRPr="00C53E6A" w:rsidRDefault="00C53E6A">
      <w:pPr>
        <w:pStyle w:val="Textodenotaderodap"/>
        <w:rPr>
          <w:lang w:val="pt-BR"/>
        </w:rPr>
      </w:pPr>
      <w:r w:rsidRPr="00C53E6A">
        <w:rPr>
          <w:rStyle w:val="Refdenotaderodap"/>
          <w:rFonts w:ascii="Candara" w:hAnsi="Candara"/>
        </w:rPr>
        <w:footnoteRef/>
      </w:r>
      <w:r w:rsidRPr="00C53E6A">
        <w:rPr>
          <w:rFonts w:ascii="Candara" w:hAnsi="Candara"/>
        </w:rPr>
        <w:t xml:space="preserve"> </w:t>
      </w:r>
      <w:r w:rsidRPr="00C53E6A">
        <w:rPr>
          <w:rFonts w:ascii="Candara" w:hAnsi="Candara"/>
          <w:lang w:val="pt-BR"/>
        </w:rPr>
        <w:t>Universidade de Pernambuco, e-mail, ORCID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BCDB83" w14:textId="324993FC" w:rsidR="003F2AFF" w:rsidRDefault="003F2AFF" w:rsidP="003F2AFF">
    <w:pPr>
      <w:spacing w:after="360"/>
      <w:rPr>
        <w:rFonts w:ascii="Candara" w:hAnsi="Candara"/>
      </w:rPr>
    </w:pPr>
    <w:r>
      <w:rPr>
        <w:rFonts w:ascii="Candara" w:hAnsi="Candara"/>
        <w:noProof/>
      </w:rPr>
      <w:drawing>
        <wp:anchor distT="0" distB="0" distL="114300" distR="114300" simplePos="0" relativeHeight="251660288" behindDoc="1" locked="0" layoutInCell="1" allowOverlap="1" wp14:anchorId="274DAE57" wp14:editId="6BAEB1F9">
          <wp:simplePos x="0" y="0"/>
          <wp:positionH relativeFrom="column">
            <wp:posOffset>-282011</wp:posOffset>
          </wp:positionH>
          <wp:positionV relativeFrom="paragraph">
            <wp:posOffset>-372205</wp:posOffset>
          </wp:positionV>
          <wp:extent cx="1375873" cy="917248"/>
          <wp:effectExtent l="0" t="0" r="0" b="0"/>
          <wp:wrapNone/>
          <wp:docPr id="8905326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229069" name="Imagem 2362290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5873" cy="917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177780" w14:textId="77777777" w:rsidR="00C53E6A" w:rsidRPr="003F2AFF" w:rsidRDefault="00C53E6A" w:rsidP="00C53E6A">
    <w:pPr>
      <w:spacing w:after="0"/>
      <w:rPr>
        <w:rFonts w:ascii="Candara" w:hAnsi="Canda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DB39D2" w14:textId="541F7833" w:rsidR="003F2AFF" w:rsidRPr="003F2AFF" w:rsidRDefault="003F2AFF" w:rsidP="003F2AFF">
    <w:pPr>
      <w:spacing w:after="40"/>
      <w:rPr>
        <w:rFonts w:ascii="Candara" w:hAnsi="Candara"/>
      </w:rPr>
    </w:pPr>
    <w:r>
      <w:rPr>
        <w:rFonts w:ascii="Candara" w:hAnsi="Candara"/>
        <w:noProof/>
      </w:rPr>
      <w:drawing>
        <wp:anchor distT="0" distB="0" distL="114300" distR="114300" simplePos="0" relativeHeight="251657216" behindDoc="1" locked="0" layoutInCell="1" allowOverlap="1" wp14:anchorId="4AB81BED" wp14:editId="3EE1D866">
          <wp:simplePos x="0" y="0"/>
          <wp:positionH relativeFrom="column">
            <wp:posOffset>4058860</wp:posOffset>
          </wp:positionH>
          <wp:positionV relativeFrom="paragraph">
            <wp:posOffset>-388543</wp:posOffset>
          </wp:positionV>
          <wp:extent cx="2196269" cy="1464179"/>
          <wp:effectExtent l="0" t="0" r="0" b="0"/>
          <wp:wrapNone/>
          <wp:docPr id="2362290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229069" name="Imagem 2362290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6269" cy="1464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F2AFF">
      <w:rPr>
        <w:rFonts w:ascii="Candara" w:hAnsi="Candara"/>
        <w:b/>
        <w:color w:val="A60628"/>
        <w:sz w:val="20"/>
      </w:rPr>
      <w:t>Diálogos</w:t>
    </w:r>
    <w:proofErr w:type="spellEnd"/>
    <w:r w:rsidRPr="003F2AFF">
      <w:rPr>
        <w:rFonts w:ascii="Candara" w:hAnsi="Candara"/>
        <w:b/>
        <w:color w:val="A60628"/>
        <w:sz w:val="20"/>
      </w:rPr>
      <w:t xml:space="preserve">: Revista de </w:t>
    </w:r>
    <w:proofErr w:type="spellStart"/>
    <w:r w:rsidRPr="003F2AFF">
      <w:rPr>
        <w:rFonts w:ascii="Candara" w:hAnsi="Candara"/>
        <w:b/>
        <w:color w:val="A60628"/>
        <w:sz w:val="20"/>
      </w:rPr>
      <w:t>Estudos</w:t>
    </w:r>
    <w:proofErr w:type="spellEnd"/>
    <w:r w:rsidRPr="003F2AFF">
      <w:rPr>
        <w:rFonts w:ascii="Candara" w:hAnsi="Candara"/>
        <w:b/>
        <w:color w:val="A60628"/>
        <w:sz w:val="20"/>
      </w:rPr>
      <w:t xml:space="preserve"> da </w:t>
    </w:r>
    <w:proofErr w:type="spellStart"/>
    <w:r w:rsidRPr="003F2AFF">
      <w:rPr>
        <w:rFonts w:ascii="Candara" w:hAnsi="Candara"/>
        <w:b/>
        <w:color w:val="A60628"/>
        <w:sz w:val="20"/>
      </w:rPr>
      <w:t>Linguagem</w:t>
    </w:r>
    <w:proofErr w:type="spellEnd"/>
    <w:r w:rsidR="00B74E55">
      <w:rPr>
        <w:rFonts w:ascii="Candara" w:hAnsi="Candara"/>
        <w:b/>
        <w:color w:val="A60628"/>
        <w:sz w:val="20"/>
      </w:rPr>
      <w:t xml:space="preserve"> (REVDIA)</w:t>
    </w:r>
    <w:r w:rsidRPr="003F2AFF">
      <w:rPr>
        <w:rFonts w:ascii="Candara" w:hAnsi="Candara"/>
        <w:b/>
        <w:color w:val="A60628"/>
        <w:sz w:val="20"/>
      </w:rPr>
      <w:br/>
    </w:r>
    <w:proofErr w:type="spellStart"/>
    <w:r w:rsidRPr="003F2AFF">
      <w:rPr>
        <w:rFonts w:ascii="Candara" w:hAnsi="Candara"/>
        <w:color w:val="787878"/>
        <w:sz w:val="18"/>
      </w:rPr>
      <w:t>Universidade</w:t>
    </w:r>
    <w:proofErr w:type="spellEnd"/>
    <w:r w:rsidRPr="003F2AFF">
      <w:rPr>
        <w:rFonts w:ascii="Candara" w:hAnsi="Candara"/>
        <w:color w:val="787878"/>
        <w:sz w:val="18"/>
      </w:rPr>
      <w:t xml:space="preserve"> de Pernambuco (UPE) | </w:t>
    </w:r>
    <w:proofErr w:type="spellStart"/>
    <w:r w:rsidR="00B74E55" w:rsidRPr="00B74E55">
      <w:rPr>
        <w:rFonts w:ascii="Candara" w:hAnsi="Candara"/>
        <w:color w:val="787878"/>
        <w:sz w:val="18"/>
      </w:rPr>
      <w:t>eISSN</w:t>
    </w:r>
    <w:proofErr w:type="spellEnd"/>
    <w:r w:rsidR="00B74E55" w:rsidRPr="00B74E55">
      <w:rPr>
        <w:rFonts w:ascii="Candara" w:hAnsi="Candara"/>
        <w:color w:val="787878"/>
        <w:sz w:val="18"/>
      </w:rPr>
      <w:t xml:space="preserve"> - 2319-0825</w:t>
    </w:r>
    <w:r w:rsidRPr="003F2AFF">
      <w:rPr>
        <w:rFonts w:ascii="Candara" w:hAnsi="Candara"/>
        <w:color w:val="787878"/>
        <w:sz w:val="18"/>
      </w:rPr>
      <w:br/>
      <w:t xml:space="preserve">Volume XX, </w:t>
    </w:r>
    <w:proofErr w:type="spellStart"/>
    <w:r w:rsidRPr="003F2AFF">
      <w:rPr>
        <w:rFonts w:ascii="Candara" w:hAnsi="Candara"/>
        <w:color w:val="787878"/>
        <w:sz w:val="18"/>
      </w:rPr>
      <w:t>Número</w:t>
    </w:r>
    <w:proofErr w:type="spellEnd"/>
    <w:r w:rsidRPr="003F2AFF">
      <w:rPr>
        <w:rFonts w:ascii="Candara" w:hAnsi="Candara"/>
        <w:color w:val="787878"/>
        <w:sz w:val="18"/>
      </w:rPr>
      <w:t xml:space="preserve"> XX, </w:t>
    </w:r>
    <w:proofErr w:type="spellStart"/>
    <w:r w:rsidRPr="003F2AFF">
      <w:rPr>
        <w:rFonts w:ascii="Candara" w:hAnsi="Candara"/>
        <w:color w:val="787878"/>
        <w:sz w:val="18"/>
      </w:rPr>
      <w:t>eXXXXXXX</w:t>
    </w:r>
    <w:proofErr w:type="spellEnd"/>
    <w:r w:rsidRPr="003F2AFF">
      <w:rPr>
        <w:rFonts w:ascii="Candara" w:hAnsi="Candara"/>
        <w:color w:val="787878"/>
        <w:sz w:val="18"/>
      </w:rPr>
      <w:t xml:space="preserve">, </w:t>
    </w:r>
    <w:proofErr w:type="spellStart"/>
    <w:r w:rsidRPr="003F2AFF">
      <w:rPr>
        <w:rFonts w:ascii="Candara" w:hAnsi="Candara"/>
        <w:color w:val="787878"/>
        <w:sz w:val="18"/>
      </w:rPr>
      <w:t>Páginas</w:t>
    </w:r>
    <w:proofErr w:type="spellEnd"/>
    <w:r w:rsidRPr="003F2AFF">
      <w:rPr>
        <w:rFonts w:ascii="Candara" w:hAnsi="Candara"/>
        <w:color w:val="787878"/>
        <w:sz w:val="18"/>
      </w:rPr>
      <w:t xml:space="preserve"> 1-X, 2026</w:t>
    </w:r>
    <w:r w:rsidRPr="003F2AFF">
      <w:rPr>
        <w:rFonts w:ascii="Candara" w:hAnsi="Candara"/>
        <w:color w:val="787878"/>
        <w:sz w:val="18"/>
      </w:rPr>
      <w:br/>
      <w:t>DOI: https://doi.org/10.37084/DIALOGOS.2026.XXX.XXXXXX</w:t>
    </w:r>
  </w:p>
  <w:p w14:paraId="4D460EC5" w14:textId="19A43D0E" w:rsidR="003F2AFF" w:rsidRPr="003F2AFF" w:rsidRDefault="003F2AFF" w:rsidP="003F2AFF">
    <w:pPr>
      <w:spacing w:after="360"/>
      <w:rPr>
        <w:rFonts w:ascii="Candara" w:hAnsi="Candara"/>
      </w:rPr>
    </w:pPr>
    <w:r w:rsidRPr="003F2AFF">
      <w:rPr>
        <w:rFonts w:ascii="Candara" w:hAnsi="Candara"/>
        <w:b/>
        <w:color w:val="A60628"/>
        <w:sz w:val="20"/>
      </w:rPr>
      <w:t>ARTIGO ORIGINAL / SEÇÃO TEMÁTICA - TÍTULO DO DOSSIÊ</w:t>
    </w:r>
  </w:p>
  <w:p w14:paraId="47ACB2AC" w14:textId="77777777" w:rsidR="003F2AFF" w:rsidRDefault="003F2A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4406490">
    <w:abstractNumId w:val="8"/>
  </w:num>
  <w:num w:numId="2" w16cid:durableId="191234583">
    <w:abstractNumId w:val="6"/>
  </w:num>
  <w:num w:numId="3" w16cid:durableId="1029255975">
    <w:abstractNumId w:val="5"/>
  </w:num>
  <w:num w:numId="4" w16cid:durableId="2063408786">
    <w:abstractNumId w:val="4"/>
  </w:num>
  <w:num w:numId="5" w16cid:durableId="695738036">
    <w:abstractNumId w:val="7"/>
  </w:num>
  <w:num w:numId="6" w16cid:durableId="82380671">
    <w:abstractNumId w:val="3"/>
  </w:num>
  <w:num w:numId="7" w16cid:durableId="124783356">
    <w:abstractNumId w:val="2"/>
  </w:num>
  <w:num w:numId="8" w16cid:durableId="1219631184">
    <w:abstractNumId w:val="1"/>
  </w:num>
  <w:num w:numId="9" w16cid:durableId="4756820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532"/>
    <w:rsid w:val="000E6934"/>
    <w:rsid w:val="0015074B"/>
    <w:rsid w:val="0029639D"/>
    <w:rsid w:val="002F31BE"/>
    <w:rsid w:val="00326F90"/>
    <w:rsid w:val="003F2AFF"/>
    <w:rsid w:val="00AA1D8D"/>
    <w:rsid w:val="00B47730"/>
    <w:rsid w:val="00B74E55"/>
    <w:rsid w:val="00C53E6A"/>
    <w:rsid w:val="00CB0664"/>
    <w:rsid w:val="00E54ED4"/>
    <w:rsid w:val="00EC53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5F31A0"/>
  <w14:defaultImageDpi w14:val="300"/>
  <w15:docId w15:val="{DCCD53C1-F8A7-ED42-9A72-E755DE22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40404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merodepgina">
    <w:name w:val="page number"/>
    <w:basedOn w:val="Fontepargpadro"/>
    <w:uiPriority w:val="99"/>
    <w:semiHidden/>
    <w:unhideWhenUsed/>
    <w:rsid w:val="003F2AF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F2A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F2AFF"/>
    <w:rPr>
      <w:rFonts w:ascii="Arial" w:hAnsi="Arial"/>
      <w:color w:val="40404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F2A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3392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Revisor </cp:lastModifiedBy>
  <cp:revision>3</cp:revision>
  <dcterms:created xsi:type="dcterms:W3CDTF">2026-07-20T18:42:00Z</dcterms:created>
  <dcterms:modified xsi:type="dcterms:W3CDTF">2026-07-20T18:42:00Z</dcterms:modified>
  <cp:category/>
</cp:coreProperties>
</file>