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0E9C90" w14:textId="0B15C6EE" w:rsidR="00074532" w:rsidRPr="003F2AFF" w:rsidRDefault="00EC53A3">
      <w:pPr>
        <w:spacing w:after="120"/>
        <w:rPr>
          <w:rFonts w:ascii="Candara" w:hAnsi="Candara"/>
        </w:rPr>
      </w:pPr>
      <w:proofErr w:type="spellStart"/>
      <w:r w:rsidRPr="003F2AFF">
        <w:rPr>
          <w:rFonts w:ascii="Candara" w:hAnsi="Candara"/>
          <w:b/>
          <w:color w:val="A60628"/>
          <w:sz w:val="36"/>
        </w:rPr>
        <w:t>Título</w:t>
      </w:r>
      <w:proofErr w:type="spellEnd"/>
      <w:r w:rsidRPr="003F2AFF">
        <w:rPr>
          <w:rFonts w:ascii="Candara" w:hAnsi="Candara"/>
          <w:b/>
          <w:color w:val="A60628"/>
          <w:sz w:val="36"/>
        </w:rPr>
        <w:t xml:space="preserve"> do </w:t>
      </w:r>
      <w:proofErr w:type="spellStart"/>
      <w:r w:rsidRPr="003F2AFF">
        <w:rPr>
          <w:rFonts w:ascii="Candara" w:hAnsi="Candara"/>
          <w:b/>
          <w:color w:val="A60628"/>
          <w:sz w:val="36"/>
        </w:rPr>
        <w:t>Artigo</w:t>
      </w:r>
      <w:proofErr w:type="spellEnd"/>
      <w:r w:rsidRPr="003F2AFF">
        <w:rPr>
          <w:rFonts w:ascii="Candara" w:hAnsi="Candara"/>
          <w:b/>
          <w:color w:val="A60628"/>
          <w:sz w:val="36"/>
        </w:rPr>
        <w:t xml:space="preserve"> </w:t>
      </w:r>
    </w:p>
    <w:p w14:paraId="2D991B21" w14:textId="465EB4CF" w:rsidR="00074532" w:rsidRPr="003F2AFF" w:rsidRDefault="00EC53A3">
      <w:pPr>
        <w:spacing w:after="360"/>
        <w:rPr>
          <w:rFonts w:ascii="Candara" w:hAnsi="Candara"/>
        </w:rPr>
      </w:pPr>
      <w:r w:rsidRPr="003F2AFF">
        <w:rPr>
          <w:rFonts w:ascii="Candara" w:hAnsi="Candara"/>
          <w:i/>
          <w:sz w:val="28"/>
        </w:rPr>
        <w:t>Title of the Article in English: Translated Version for Global Reach</w:t>
      </w:r>
    </w:p>
    <w:p w14:paraId="65B27A28" w14:textId="32CBD6D8" w:rsidR="00074532" w:rsidRPr="003F2AFF" w:rsidRDefault="00EC53A3">
      <w:pPr>
        <w:spacing w:after="360"/>
        <w:rPr>
          <w:rFonts w:ascii="Candara" w:hAnsi="Candara"/>
        </w:rPr>
      </w:pPr>
      <w:r w:rsidRPr="003F2AFF">
        <w:rPr>
          <w:rFonts w:ascii="Candara" w:hAnsi="Candara"/>
          <w:b/>
        </w:rPr>
        <w:t xml:space="preserve">Nome </w:t>
      </w:r>
      <w:proofErr w:type="spellStart"/>
      <w:r w:rsidRPr="003F2AFF">
        <w:rPr>
          <w:rFonts w:ascii="Candara" w:hAnsi="Candara"/>
          <w:b/>
        </w:rPr>
        <w:t>Completo</w:t>
      </w:r>
      <w:proofErr w:type="spellEnd"/>
      <w:r w:rsidRPr="003F2AFF">
        <w:rPr>
          <w:rFonts w:ascii="Candara" w:hAnsi="Candara"/>
          <w:b/>
        </w:rPr>
        <w:t xml:space="preserve"> do Autor 1</w:t>
      </w:r>
      <w:r w:rsidR="003F2AFF">
        <w:rPr>
          <w:rStyle w:val="Refdenotaderodap"/>
          <w:rFonts w:ascii="Candara" w:hAnsi="Candara"/>
          <w:b/>
        </w:rPr>
        <w:footnoteReference w:id="1"/>
      </w:r>
      <w:r w:rsidRPr="003F2AFF">
        <w:rPr>
          <w:rFonts w:ascii="Candara" w:hAnsi="Candara"/>
        </w:rPr>
        <w:t xml:space="preserve"> , </w:t>
      </w:r>
      <w:r w:rsidRPr="003F2AFF">
        <w:rPr>
          <w:rFonts w:ascii="Candara" w:hAnsi="Candara"/>
          <w:b/>
        </w:rPr>
        <w:t xml:space="preserve">Nome </w:t>
      </w:r>
      <w:proofErr w:type="spellStart"/>
      <w:r w:rsidRPr="003F2AFF">
        <w:rPr>
          <w:rFonts w:ascii="Candara" w:hAnsi="Candara"/>
          <w:b/>
        </w:rPr>
        <w:t>Completo</w:t>
      </w:r>
      <w:proofErr w:type="spellEnd"/>
      <w:r w:rsidRPr="003F2AFF">
        <w:rPr>
          <w:rFonts w:ascii="Candara" w:hAnsi="Candara"/>
          <w:b/>
        </w:rPr>
        <w:t xml:space="preserve"> do Autor 2</w:t>
      </w:r>
      <w:r w:rsidR="00C53E6A">
        <w:rPr>
          <w:rStyle w:val="Refdenotaderodap"/>
          <w:rFonts w:ascii="Candara" w:hAnsi="Candara"/>
          <w:b/>
        </w:rPr>
        <w:footnoteReference w:id="2"/>
      </w:r>
    </w:p>
    <w:tbl>
      <w:tblPr>
        <w:tblW w:w="0" w:type="auto"/>
        <w:jc w:val="center"/>
        <w:tblBorders>
          <w:top w:val="single" w:sz="4" w:space="0" w:color="E0E0E0"/>
          <w:bottom w:val="single" w:sz="4" w:space="0" w:color="E0E0E0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9360"/>
      </w:tblGrid>
      <w:tr w:rsidR="00074532" w:rsidRPr="003F2AFF" w14:paraId="4A634956" w14:textId="77777777">
        <w:trPr>
          <w:jc w:val="center"/>
        </w:trPr>
        <w:tc>
          <w:tcPr>
            <w:tcW w:w="9360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B054114" w14:textId="77777777" w:rsidR="00074532" w:rsidRPr="003F2AFF" w:rsidRDefault="00EC53A3">
            <w:pPr>
              <w:spacing w:after="120"/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</w:rPr>
              <w:t>Resumo</w:t>
            </w:r>
            <w:r w:rsidRPr="003F2AFF">
              <w:rPr>
                <w:rFonts w:ascii="Candara" w:hAnsi="Candara"/>
                <w:b/>
                <w:color w:val="A60628"/>
              </w:rPr>
              <w:br/>
            </w:r>
            <w:r w:rsidRPr="003F2AFF">
              <w:rPr>
                <w:rFonts w:ascii="Candara" w:hAnsi="Candara"/>
                <w:sz w:val="20"/>
              </w:rPr>
              <w:t>O resumo deve conter entre 150 e 250 palavras, descrevendo de forma concisa os objetivos, a fundamentação teórica, a metodologia utilizada, os principais resultados e as considerações finais do manuscrito. Evitar citações bibliográficas e siglas desnecessárias. Este modelo imita perfeitamente a estrutura limpa e profissional solicitada.</w:t>
            </w:r>
          </w:p>
          <w:p w14:paraId="639E48FF" w14:textId="77777777" w:rsidR="00074532" w:rsidRPr="003F2AFF" w:rsidRDefault="00EC53A3">
            <w:pPr>
              <w:spacing w:after="120"/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sz w:val="20"/>
              </w:rPr>
              <w:t xml:space="preserve">Palavras-chave: </w:t>
            </w:r>
            <w:r w:rsidRPr="003F2AFF">
              <w:rPr>
                <w:rFonts w:ascii="Candara" w:hAnsi="Candara"/>
                <w:sz w:val="20"/>
              </w:rPr>
              <w:t>Palavra 1; Palavra 2; Palavra 3; Palavra 4 (Separadas por ponto e vírgula).</w:t>
            </w:r>
          </w:p>
        </w:tc>
      </w:tr>
      <w:tr w:rsidR="00074532" w:rsidRPr="003F2AFF" w14:paraId="78DD239A" w14:textId="77777777">
        <w:trPr>
          <w:jc w:val="center"/>
        </w:trPr>
        <w:tc>
          <w:tcPr>
            <w:tcW w:w="9360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E0134E4" w14:textId="77777777" w:rsidR="00074532" w:rsidRPr="003F2AFF" w:rsidRDefault="00EC53A3">
            <w:pPr>
              <w:spacing w:after="120"/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</w:rPr>
              <w:t>Abstract</w:t>
            </w:r>
            <w:r w:rsidRPr="003F2AFF">
              <w:rPr>
                <w:rFonts w:ascii="Candara" w:hAnsi="Candara"/>
                <w:b/>
                <w:color w:val="A60628"/>
              </w:rPr>
              <w:br/>
            </w:r>
            <w:r w:rsidRPr="003F2AFF">
              <w:rPr>
                <w:rFonts w:ascii="Candara" w:hAnsi="Candara"/>
                <w:sz w:val="20"/>
              </w:rPr>
              <w:t>The abstract should be an accurate English translation of the Portuguese 'Resumo'. It must outline the main purposes, theoretical background, methods, essential results, and conclusions of the paper in a single block of text.</w:t>
            </w:r>
          </w:p>
          <w:p w14:paraId="6F57080F" w14:textId="77777777" w:rsidR="00074532" w:rsidRPr="003F2AFF" w:rsidRDefault="00EC53A3">
            <w:pPr>
              <w:spacing w:after="240"/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sz w:val="20"/>
              </w:rPr>
              <w:t xml:space="preserve">Keywords: </w:t>
            </w:r>
            <w:r w:rsidRPr="003F2AFF">
              <w:rPr>
                <w:rFonts w:ascii="Candara" w:hAnsi="Candara"/>
                <w:sz w:val="20"/>
              </w:rPr>
              <w:t>Keyword 1; Keyword 2; Keyword 3; Keyword 4.</w:t>
            </w:r>
          </w:p>
        </w:tc>
      </w:tr>
    </w:tbl>
    <w:p w14:paraId="59EFDF86" w14:textId="77777777" w:rsidR="00B74E55" w:rsidRDefault="00B74E55">
      <w:pPr>
        <w:keepNext/>
        <w:spacing w:before="360" w:after="120"/>
        <w:rPr>
          <w:rFonts w:ascii="Candara" w:hAnsi="Candara"/>
          <w:sz w:val="18"/>
        </w:rPr>
      </w:pPr>
    </w:p>
    <w:p w14:paraId="178083D9" w14:textId="60D4ACA3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1. INTRODUÇÃO</w:t>
      </w:r>
    </w:p>
    <w:p w14:paraId="384ED8AD" w14:textId="67B4B018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 xml:space="preserve">[Insira aqui o texto de introdução do seu artigo. Apresente o tema de pesquisa, a justificativa da investigação, a hipótese de trabalho e a relevância científica do tema para os estudos da linguagem. O texto deve ser </w:t>
      </w:r>
      <w:proofErr w:type="spellStart"/>
      <w:r w:rsidRPr="003F2AFF">
        <w:rPr>
          <w:rFonts w:ascii="Candara" w:hAnsi="Candara"/>
        </w:rPr>
        <w:t>formatado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Pr="003F2AFF">
        <w:rPr>
          <w:rFonts w:ascii="Candara" w:hAnsi="Candara"/>
        </w:rPr>
        <w:t>em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Pr="003F2AFF">
        <w:rPr>
          <w:rFonts w:ascii="Candara" w:hAnsi="Candara"/>
        </w:rPr>
        <w:t>fonte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="00353001">
        <w:rPr>
          <w:rFonts w:ascii="Candara" w:hAnsi="Candara"/>
        </w:rPr>
        <w:t>Canadara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Pr="003F2AFF">
        <w:rPr>
          <w:rFonts w:ascii="Candara" w:hAnsi="Candara"/>
        </w:rPr>
        <w:t>tamanho</w:t>
      </w:r>
      <w:proofErr w:type="spellEnd"/>
      <w:r w:rsidRPr="003F2AFF">
        <w:rPr>
          <w:rFonts w:ascii="Candara" w:hAnsi="Candara"/>
        </w:rPr>
        <w:t xml:space="preserve"> 11, </w:t>
      </w:r>
      <w:proofErr w:type="spellStart"/>
      <w:r w:rsidRPr="003F2AFF">
        <w:rPr>
          <w:rFonts w:ascii="Candara" w:hAnsi="Candara"/>
        </w:rPr>
        <w:t>cor</w:t>
      </w:r>
      <w:proofErr w:type="spellEnd"/>
      <w:r w:rsidRPr="003F2AFF">
        <w:rPr>
          <w:rFonts w:ascii="Candara" w:hAnsi="Candara"/>
        </w:rPr>
        <w:t xml:space="preserve"> cinza escuro, com alinhamento justificado e espaçamento entre linhas simples ou 1,15 conforme preferência].</w:t>
      </w:r>
    </w:p>
    <w:p w14:paraId="43DB2B35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2. FUNDAMENTAÇÃO TEÓRICA E REVISÃO DE LITERATURA</w:t>
      </w:r>
    </w:p>
    <w:p w14:paraId="4A15593C" w14:textId="77777777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>[Apresente as teorias e os principais autores que fundamentam a sua análise. Você pode subdividir esta seção em subseções utilizando títulos secundários, facilitando a organização das discussões].</w:t>
      </w:r>
    </w:p>
    <w:p w14:paraId="300D297D" w14:textId="77777777" w:rsidR="00074532" w:rsidRPr="003F2AFF" w:rsidRDefault="00EC53A3">
      <w:pPr>
        <w:keepNext/>
        <w:spacing w:before="280" w:after="80"/>
        <w:rPr>
          <w:rFonts w:ascii="Candara" w:hAnsi="Candara"/>
        </w:rPr>
      </w:pPr>
      <w:r w:rsidRPr="003F2AFF">
        <w:rPr>
          <w:rFonts w:ascii="Candara" w:hAnsi="Candara"/>
          <w:b/>
          <w:sz w:val="24"/>
        </w:rPr>
        <w:lastRenderedPageBreak/>
        <w:t>2.1 Subtítulo Temático Secundário</w:t>
      </w:r>
    </w:p>
    <w:p w14:paraId="03FD8053" w14:textId="77777777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>[Texto complementar da subseção. Use para detalhar conceitos específicos da variação linguística, sociolinguística ou ensino de língua portuguesa].</w:t>
      </w:r>
    </w:p>
    <w:p w14:paraId="2F309073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3. METODOLOGIA</w:t>
      </w:r>
    </w:p>
    <w:p w14:paraId="75224A44" w14:textId="77777777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>[Descreva detalhadamente a abordagem metodológica da pesquisa (qualitativa, quantitativa, documental), o corpus analisado, as ferramentas de coleta e os procedimentos de análise de dados].</w:t>
      </w:r>
    </w:p>
    <w:p w14:paraId="3F87FF46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4. ANÁLISE E DISCUSSÃO DOS DADOS</w:t>
      </w:r>
    </w:p>
    <w:p w14:paraId="5F5901E9" w14:textId="77777777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>[Apresente os resultados obtidos de forma estruturada. Você pode incluir tabelas, quadros ou figuras para ilustrar os dados empíricos observados].</w:t>
      </w:r>
    </w:p>
    <w:p w14:paraId="74AB2D8B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5. CONSIDERAÇÕES FINAIS</w:t>
      </w:r>
    </w:p>
    <w:p w14:paraId="65FF2EE5" w14:textId="77777777" w:rsidR="00074532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 xml:space="preserve">[Sintetize as conclusões da pesquisa respondendo aos objetivos propostos e </w:t>
      </w:r>
      <w:proofErr w:type="spellStart"/>
      <w:r w:rsidRPr="003F2AFF">
        <w:rPr>
          <w:rFonts w:ascii="Candara" w:hAnsi="Candara"/>
        </w:rPr>
        <w:t>apontando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Pr="003F2AFF">
        <w:rPr>
          <w:rFonts w:ascii="Candara" w:hAnsi="Candara"/>
        </w:rPr>
        <w:t>limitações</w:t>
      </w:r>
      <w:proofErr w:type="spellEnd"/>
      <w:r w:rsidRPr="003F2AFF">
        <w:rPr>
          <w:rFonts w:ascii="Candara" w:hAnsi="Candara"/>
        </w:rPr>
        <w:t xml:space="preserve"> e </w:t>
      </w:r>
      <w:proofErr w:type="spellStart"/>
      <w:r w:rsidRPr="003F2AFF">
        <w:rPr>
          <w:rFonts w:ascii="Candara" w:hAnsi="Candara"/>
        </w:rPr>
        <w:t>sugestões</w:t>
      </w:r>
      <w:proofErr w:type="spellEnd"/>
      <w:r w:rsidRPr="003F2AFF">
        <w:rPr>
          <w:rFonts w:ascii="Candara" w:hAnsi="Candara"/>
        </w:rPr>
        <w:t xml:space="preserve"> para </w:t>
      </w:r>
      <w:proofErr w:type="spellStart"/>
      <w:r w:rsidRPr="003F2AFF">
        <w:rPr>
          <w:rFonts w:ascii="Candara" w:hAnsi="Candara"/>
        </w:rPr>
        <w:t>investigações</w:t>
      </w:r>
      <w:proofErr w:type="spellEnd"/>
      <w:r w:rsidRPr="003F2AFF">
        <w:rPr>
          <w:rFonts w:ascii="Candara" w:hAnsi="Candara"/>
        </w:rPr>
        <w:t xml:space="preserve"> </w:t>
      </w:r>
      <w:proofErr w:type="spellStart"/>
      <w:r w:rsidRPr="003F2AFF">
        <w:rPr>
          <w:rFonts w:ascii="Candara" w:hAnsi="Candara"/>
        </w:rPr>
        <w:t>futuras</w:t>
      </w:r>
      <w:proofErr w:type="spellEnd"/>
      <w:r w:rsidRPr="003F2AFF">
        <w:rPr>
          <w:rFonts w:ascii="Candara" w:hAnsi="Candara"/>
        </w:rPr>
        <w:t>].</w:t>
      </w:r>
    </w:p>
    <w:p w14:paraId="62DB06AF" w14:textId="0CE7EF19" w:rsidR="00C53E6A" w:rsidRPr="003F2AFF" w:rsidRDefault="00C53E6A" w:rsidP="00C53E6A">
      <w:pPr>
        <w:keepNext/>
        <w:spacing w:before="360" w:after="120"/>
        <w:rPr>
          <w:rFonts w:ascii="Candara" w:hAnsi="Candara"/>
        </w:rPr>
      </w:pPr>
      <w:proofErr w:type="spellStart"/>
      <w:r>
        <w:rPr>
          <w:rFonts w:ascii="Candara" w:hAnsi="Candara"/>
          <w:b/>
          <w:color w:val="A60628"/>
          <w:sz w:val="28"/>
        </w:rPr>
        <w:t>Agradecimentos</w:t>
      </w:r>
      <w:proofErr w:type="spellEnd"/>
    </w:p>
    <w:p w14:paraId="73E1CD9B" w14:textId="2B13BA6D" w:rsidR="00C53E6A" w:rsidRPr="003F2AFF" w:rsidRDefault="00C53E6A">
      <w:pPr>
        <w:jc w:val="both"/>
        <w:rPr>
          <w:rFonts w:ascii="Candara" w:hAnsi="Candara"/>
        </w:rPr>
      </w:pPr>
      <w:r>
        <w:rPr>
          <w:rFonts w:ascii="Candara" w:hAnsi="Candara"/>
        </w:rPr>
        <w:t>[</w:t>
      </w:r>
      <w:proofErr w:type="spellStart"/>
      <w:r>
        <w:rPr>
          <w:rFonts w:ascii="Candara" w:hAnsi="Candara"/>
        </w:rPr>
        <w:t>Inserir</w:t>
      </w:r>
      <w:proofErr w:type="spellEnd"/>
      <w:r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agradecimento</w:t>
      </w:r>
      <w:proofErr w:type="spellEnd"/>
      <w:r>
        <w:rPr>
          <w:rFonts w:ascii="Candara" w:hAnsi="Candara"/>
        </w:rPr>
        <w:t xml:space="preserve"> a </w:t>
      </w:r>
      <w:proofErr w:type="spellStart"/>
      <w:r>
        <w:rPr>
          <w:rFonts w:ascii="Candara" w:hAnsi="Candara"/>
        </w:rPr>
        <w:t>profissionais</w:t>
      </w:r>
      <w:proofErr w:type="spellEnd"/>
      <w:r>
        <w:rPr>
          <w:rFonts w:ascii="Candara" w:hAnsi="Candara"/>
        </w:rPr>
        <w:t xml:space="preserve">, </w:t>
      </w:r>
      <w:proofErr w:type="spellStart"/>
      <w:r>
        <w:rPr>
          <w:rFonts w:ascii="Candara" w:hAnsi="Candara"/>
        </w:rPr>
        <w:t>instituições</w:t>
      </w:r>
      <w:proofErr w:type="spellEnd"/>
      <w:r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ou</w:t>
      </w:r>
      <w:proofErr w:type="spellEnd"/>
      <w:r>
        <w:rPr>
          <w:rFonts w:ascii="Candara" w:hAnsi="Candara"/>
        </w:rPr>
        <w:t xml:space="preserve"> </w:t>
      </w:r>
      <w:proofErr w:type="spellStart"/>
      <w:r>
        <w:rPr>
          <w:rFonts w:ascii="Candara" w:hAnsi="Candara"/>
        </w:rPr>
        <w:t>agências</w:t>
      </w:r>
      <w:proofErr w:type="spellEnd"/>
      <w:r>
        <w:rPr>
          <w:rFonts w:ascii="Candara" w:hAnsi="Candara"/>
        </w:rPr>
        <w:t xml:space="preserve"> de </w:t>
      </w:r>
      <w:proofErr w:type="spellStart"/>
      <w:r>
        <w:rPr>
          <w:rFonts w:ascii="Candara" w:hAnsi="Candara"/>
        </w:rPr>
        <w:t>fomento</w:t>
      </w:r>
      <w:proofErr w:type="spellEnd"/>
      <w:r>
        <w:rPr>
          <w:rFonts w:ascii="Candara" w:hAnsi="Candara"/>
        </w:rPr>
        <w:t>]</w:t>
      </w:r>
    </w:p>
    <w:p w14:paraId="09B6FBB5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t>REFERÊNCIAS</w:t>
      </w:r>
    </w:p>
    <w:p w14:paraId="4BE3138A" w14:textId="77777777" w:rsidR="00074532" w:rsidRPr="003F2AFF" w:rsidRDefault="00EC53A3">
      <w:pPr>
        <w:jc w:val="both"/>
        <w:rPr>
          <w:rFonts w:ascii="Candara" w:hAnsi="Candara"/>
        </w:rPr>
      </w:pPr>
      <w:r w:rsidRPr="003F2AFF">
        <w:rPr>
          <w:rFonts w:ascii="Candara" w:hAnsi="Candara"/>
        </w:rPr>
        <w:t>[Insira aqui as referências bibliográficas completas em ordem alfabética, seguindo rigorosamente as normas vigentes da ABNT NBR 6023 ou APA, conforme diretrizes da revista Diálogos].</w:t>
      </w:r>
      <w:r w:rsidRPr="003F2AFF">
        <w:rPr>
          <w:rFonts w:ascii="Candara" w:hAnsi="Candara"/>
        </w:rPr>
        <w:br/>
      </w:r>
      <w:r w:rsidRPr="003F2AFF">
        <w:rPr>
          <w:rFonts w:ascii="Candara" w:hAnsi="Candara"/>
        </w:rPr>
        <w:br/>
        <w:t>Exemplo ABNT:</w:t>
      </w:r>
      <w:r w:rsidRPr="003F2AFF">
        <w:rPr>
          <w:rFonts w:ascii="Candara" w:hAnsi="Candara"/>
        </w:rPr>
        <w:br/>
        <w:t>SOBRENOME, Nome. Título do livro em negrito: subtítulo. Cidade: Editora, ano.</w:t>
      </w:r>
      <w:r w:rsidRPr="003F2AFF">
        <w:rPr>
          <w:rFonts w:ascii="Candara" w:hAnsi="Candara"/>
        </w:rPr>
        <w:br/>
      </w:r>
      <w:r w:rsidRPr="003F2AFF">
        <w:rPr>
          <w:rFonts w:ascii="Candara" w:hAnsi="Candara"/>
        </w:rPr>
        <w:br/>
        <w:t>Exemplo Artigo:</w:t>
      </w:r>
      <w:r w:rsidRPr="003F2AFF">
        <w:rPr>
          <w:rFonts w:ascii="Candara" w:hAnsi="Candara"/>
        </w:rPr>
        <w:br/>
        <w:t>SOBRENOME, Nome. Título do artigo. Nome da Revista em negrito, v. X, n. X, p. X-X, ano.</w:t>
      </w:r>
    </w:p>
    <w:p w14:paraId="6171653B" w14:textId="77777777" w:rsidR="00074532" w:rsidRPr="003F2AFF" w:rsidRDefault="00EC53A3">
      <w:pPr>
        <w:rPr>
          <w:rFonts w:ascii="Candara" w:hAnsi="Candara"/>
        </w:rPr>
      </w:pPr>
      <w:r w:rsidRPr="003F2AFF">
        <w:rPr>
          <w:rFonts w:ascii="Candara" w:hAnsi="Candara"/>
        </w:rPr>
        <w:br w:type="page"/>
      </w:r>
    </w:p>
    <w:p w14:paraId="564568F1" w14:textId="77777777" w:rsidR="00074532" w:rsidRPr="003F2AFF" w:rsidRDefault="00EC53A3">
      <w:pPr>
        <w:keepNext/>
        <w:spacing w:before="360" w:after="120"/>
        <w:rPr>
          <w:rFonts w:ascii="Candara" w:hAnsi="Candara"/>
        </w:rPr>
      </w:pPr>
      <w:r w:rsidRPr="003F2AFF">
        <w:rPr>
          <w:rFonts w:ascii="Candara" w:hAnsi="Candara"/>
          <w:b/>
          <w:color w:val="A60628"/>
          <w:sz w:val="28"/>
        </w:rPr>
        <w:lastRenderedPageBreak/>
        <w:t>Apêndice - Detalhes Editoriais</w:t>
      </w:r>
    </w:p>
    <w:tbl>
      <w:tblPr>
        <w:tblW w:w="0" w:type="auto"/>
        <w:jc w:val="center"/>
        <w:tblBorders>
          <w:top w:val="single" w:sz="4" w:space="0" w:color="E0E0E0"/>
          <w:bottom w:val="single" w:sz="4" w:space="0" w:color="E0E0E0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2880"/>
        <w:gridCol w:w="6480"/>
      </w:tblGrid>
      <w:tr w:rsidR="00074532" w:rsidRPr="003F2AFF" w14:paraId="2788B904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D7BD98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Histórico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91341A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Submetido: DD/MM/AAAA</w:t>
            </w:r>
            <w:r w:rsidRPr="003F2AFF">
              <w:rPr>
                <w:rFonts w:ascii="Candara" w:hAnsi="Candara"/>
                <w:sz w:val="18"/>
              </w:rPr>
              <w:br/>
              <w:t>Aprovado: DD/MM/AAAA</w:t>
            </w:r>
            <w:r w:rsidRPr="003F2AFF">
              <w:rPr>
                <w:rFonts w:ascii="Candara" w:hAnsi="Candara"/>
                <w:sz w:val="18"/>
              </w:rPr>
              <w:br/>
              <w:t>Publicado: DD/MM/AAAA</w:t>
            </w:r>
          </w:p>
        </w:tc>
      </w:tr>
      <w:tr w:rsidR="00074532" w:rsidRPr="003F2AFF" w14:paraId="19074ED5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2E93B0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Como citar (ABNT)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49A7B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SOBRENOME, N. Título do artigo. Diálogos: Revista de Estudos da Linguagem, Recife, v. X, n. X, eXXXXXXX, 2026. DOI: https://doi.org/10.37084/DIALOGOS...</w:t>
            </w:r>
          </w:p>
        </w:tc>
      </w:tr>
      <w:tr w:rsidR="00074532" w:rsidRPr="003F2AFF" w14:paraId="77AA0930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CAFD19" w14:textId="77777777" w:rsidR="00074532" w:rsidRPr="003F2AFF" w:rsidRDefault="00EC53A3">
            <w:pPr>
              <w:rPr>
                <w:rFonts w:ascii="Candara" w:hAnsi="Candara"/>
              </w:rPr>
            </w:pPr>
            <w:proofErr w:type="spellStart"/>
            <w:r w:rsidRPr="003F2AFF">
              <w:rPr>
                <w:rFonts w:ascii="Candara" w:hAnsi="Candara"/>
                <w:b/>
                <w:color w:val="A60628"/>
                <w:sz w:val="20"/>
              </w:rPr>
              <w:t>Financiamento</w:t>
            </w:r>
            <w:proofErr w:type="spellEnd"/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C5EB4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[Indicar agência de fomento (ex: FACEPE, CNPq, CAPES) ou 'Não se Aplica']</w:t>
            </w:r>
          </w:p>
        </w:tc>
      </w:tr>
      <w:tr w:rsidR="00074532" w:rsidRPr="003F2AFF" w14:paraId="6557CCCF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2F628F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Conflito de Interesse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E4E5FD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Os autores declararam não haver nenhum conflito de interesse de ordem pessoal, comercial, acadêmica, política ou financeira referente a este artigo.</w:t>
            </w:r>
          </w:p>
        </w:tc>
      </w:tr>
      <w:tr w:rsidR="00074532" w:rsidRPr="003F2AFF" w14:paraId="64780746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59205A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Contribuição dos Autores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3AFFE7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Resumo/Abstract: Autor 1, Autor 2; Introdução: Autor 1; Metodologia: Autor 1, Autor 2; Análise de dados: Autor 2; Revisão final: Autor 1.</w:t>
            </w:r>
          </w:p>
        </w:tc>
      </w:tr>
      <w:tr w:rsidR="00074532" w:rsidRPr="003F2AFF" w14:paraId="6DD1DCBE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BBF7C5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Direitos Autorais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1D3DA0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Os direitos autorais são mantidos pelos autores, os quais concedem à Diálogos os direitos exclusivos de primeira publicação. Os autores têm autorização para assumir contratos adicionais separadamente para distribuição não exclusiva da versão publicada.</w:t>
            </w:r>
          </w:p>
        </w:tc>
      </w:tr>
      <w:tr w:rsidR="00074532" w:rsidRPr="003F2AFF" w14:paraId="124E6D3D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0E5904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Open Access / Licença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79A8D2" w14:textId="77777777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>Este artigo é de acesso aberto (Open Access) distribuído sob os termos da Licença Creative Commons Atribuição-NãoComercial-SemDerivações 4.0 Internacional (CC BY-NC-ND 4.0).</w:t>
            </w:r>
          </w:p>
        </w:tc>
      </w:tr>
      <w:tr w:rsidR="00074532" w:rsidRPr="003F2AFF" w14:paraId="0655A9F4" w14:textId="77777777">
        <w:trPr>
          <w:jc w:val="center"/>
        </w:trPr>
        <w:tc>
          <w:tcPr>
            <w:tcW w:w="2880" w:type="dxa"/>
            <w:shd w:val="clear" w:color="auto" w:fill="F5F5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C174AE" w14:textId="77777777" w:rsidR="00074532" w:rsidRPr="003F2AFF" w:rsidRDefault="00EC53A3">
            <w:pPr>
              <w:rPr>
                <w:rFonts w:ascii="Candara" w:hAnsi="Candara"/>
              </w:rPr>
            </w:pPr>
            <w:r w:rsidRPr="003F2AFF">
              <w:rPr>
                <w:rFonts w:ascii="Candara" w:hAnsi="Candara"/>
                <w:b/>
                <w:color w:val="A60628"/>
                <w:sz w:val="20"/>
              </w:rPr>
              <w:t>Editores Responsáveis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A627E7" w14:textId="3F9362A4" w:rsidR="00074532" w:rsidRPr="003F2AFF" w:rsidRDefault="00EC53A3">
            <w:pPr>
              <w:jc w:val="both"/>
              <w:rPr>
                <w:rFonts w:ascii="Candara" w:hAnsi="Candara"/>
              </w:rPr>
            </w:pPr>
            <w:r w:rsidRPr="003F2AFF">
              <w:rPr>
                <w:rFonts w:ascii="Candara" w:hAnsi="Candara"/>
                <w:sz w:val="18"/>
              </w:rPr>
              <w:t xml:space="preserve">Prof. Dr. </w:t>
            </w:r>
            <w:r w:rsidR="003F2AFF">
              <w:rPr>
                <w:rFonts w:ascii="Candara" w:hAnsi="Candara"/>
                <w:sz w:val="18"/>
              </w:rPr>
              <w:t>Fernando Augusto de Lima Olivera</w:t>
            </w:r>
            <w:r w:rsidRPr="003F2AFF">
              <w:rPr>
                <w:rFonts w:ascii="Candara" w:hAnsi="Candara"/>
                <w:sz w:val="18"/>
              </w:rPr>
              <w:t xml:space="preserve"> (Editor-</w:t>
            </w:r>
            <w:proofErr w:type="spellStart"/>
            <w:r w:rsidRPr="003F2AFF">
              <w:rPr>
                <w:rFonts w:ascii="Candara" w:hAnsi="Candara"/>
                <w:sz w:val="18"/>
              </w:rPr>
              <w:t>Chefe</w:t>
            </w:r>
            <w:proofErr w:type="spellEnd"/>
            <w:r w:rsidRPr="003F2AFF">
              <w:rPr>
                <w:rFonts w:ascii="Candara" w:hAnsi="Candara"/>
                <w:sz w:val="18"/>
              </w:rPr>
              <w:t xml:space="preserve"> / UPE)</w:t>
            </w:r>
            <w:r w:rsidR="003F2AFF">
              <w:rPr>
                <w:rFonts w:ascii="Candara" w:hAnsi="Candara"/>
                <w:sz w:val="18"/>
              </w:rPr>
              <w:t xml:space="preserve"> e o</w:t>
            </w:r>
            <w:r w:rsidRPr="003F2AFF">
              <w:rPr>
                <w:rFonts w:ascii="Candara" w:hAnsi="Candara"/>
                <w:sz w:val="18"/>
              </w:rPr>
              <w:br/>
              <w:t xml:space="preserve">Corpo Editorial </w:t>
            </w:r>
            <w:proofErr w:type="spellStart"/>
            <w:r w:rsidRPr="003F2AFF">
              <w:rPr>
                <w:rFonts w:ascii="Candara" w:hAnsi="Candara"/>
                <w:sz w:val="18"/>
              </w:rPr>
              <w:t>Adjunto</w:t>
            </w:r>
            <w:proofErr w:type="spellEnd"/>
            <w:r w:rsidRPr="003F2AFF">
              <w:rPr>
                <w:rFonts w:ascii="Candara" w:hAnsi="Candara"/>
                <w:sz w:val="18"/>
              </w:rPr>
              <w:t xml:space="preserve"> da Revista </w:t>
            </w:r>
            <w:proofErr w:type="spellStart"/>
            <w:r w:rsidRPr="003F2AFF">
              <w:rPr>
                <w:rFonts w:ascii="Candara" w:hAnsi="Candara"/>
                <w:sz w:val="18"/>
              </w:rPr>
              <w:t>Diálogos</w:t>
            </w:r>
            <w:proofErr w:type="spellEnd"/>
          </w:p>
        </w:tc>
      </w:tr>
    </w:tbl>
    <w:p w14:paraId="1F65B1BC" w14:textId="77777777" w:rsidR="00EC53A3" w:rsidRPr="003F2AFF" w:rsidRDefault="00EC53A3">
      <w:pPr>
        <w:rPr>
          <w:rFonts w:ascii="Candara" w:hAnsi="Candara"/>
        </w:rPr>
      </w:pPr>
    </w:p>
    <w:sectPr w:rsidR="00EC53A3" w:rsidRPr="003F2AFF" w:rsidSect="00C53E6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CE525" w14:textId="77777777" w:rsidR="00005A7B" w:rsidRDefault="00005A7B" w:rsidP="003F2AFF">
      <w:pPr>
        <w:spacing w:after="0" w:line="240" w:lineRule="auto"/>
      </w:pPr>
      <w:r>
        <w:separator/>
      </w:r>
    </w:p>
  </w:endnote>
  <w:endnote w:type="continuationSeparator" w:id="0">
    <w:p w14:paraId="18F877FB" w14:textId="77777777" w:rsidR="00005A7B" w:rsidRDefault="00005A7B" w:rsidP="003F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128777132"/>
      <w:docPartObj>
        <w:docPartGallery w:val="Page Numbers (Bottom of Page)"/>
        <w:docPartUnique/>
      </w:docPartObj>
    </w:sdtPr>
    <w:sdtContent>
      <w:p w14:paraId="3B6844D6" w14:textId="01C0D949" w:rsidR="003F2AFF" w:rsidRDefault="003F2AFF" w:rsidP="00C67A45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1471555652"/>
      <w:docPartObj>
        <w:docPartGallery w:val="Page Numbers (Bottom of Page)"/>
        <w:docPartUnique/>
      </w:docPartObj>
    </w:sdtPr>
    <w:sdtContent>
      <w:p w14:paraId="70D740C4" w14:textId="064F50CB" w:rsidR="003F2AFF" w:rsidRDefault="003F2AFF" w:rsidP="003F2AFF">
        <w:pPr>
          <w:pStyle w:val="Rodap"/>
          <w:framePr w:wrap="none" w:vAnchor="text" w:hAnchor="margin" w:xAlign="right" w:y="1"/>
          <w:ind w:firstLine="360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300587C" w14:textId="77777777" w:rsidR="003F2AFF" w:rsidRDefault="003F2AFF" w:rsidP="003F2AF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  <w:color w:val="FFFFFF" w:themeColor="background1"/>
      </w:rPr>
      <w:id w:val="-160232249"/>
      <w:docPartObj>
        <w:docPartGallery w:val="Page Numbers (Bottom of Page)"/>
        <w:docPartUnique/>
      </w:docPartObj>
    </w:sdtPr>
    <w:sdtContent>
      <w:p w14:paraId="00CC1187" w14:textId="461DB550" w:rsidR="003F2AFF" w:rsidRPr="003F2AFF" w:rsidRDefault="003F2AFF" w:rsidP="003F2AFF">
        <w:pPr>
          <w:pStyle w:val="Rodap"/>
          <w:framePr w:w="377" w:wrap="none" w:vAnchor="text" w:hAnchor="page" w:x="1280" w:y="5"/>
          <w:shd w:val="clear" w:color="auto" w:fill="C00000"/>
          <w:jc w:val="center"/>
          <w:rPr>
            <w:rStyle w:val="Nmerodepgina"/>
            <w:color w:val="FFFFFF" w:themeColor="background1"/>
          </w:rPr>
        </w:pPr>
        <w:r w:rsidRPr="003F2AFF">
          <w:rPr>
            <w:rStyle w:val="Nmerodepgina"/>
            <w:rFonts w:ascii="Candara" w:hAnsi="Candara"/>
            <w:b/>
            <w:bCs/>
            <w:color w:val="FFFFFF" w:themeColor="background1"/>
          </w:rPr>
          <w:fldChar w:fldCharType="begin"/>
        </w:r>
        <w:r w:rsidRPr="003F2AFF">
          <w:rPr>
            <w:rStyle w:val="Nmerodepgina"/>
            <w:rFonts w:ascii="Candara" w:hAnsi="Candara"/>
            <w:b/>
            <w:bCs/>
            <w:color w:val="FFFFFF" w:themeColor="background1"/>
          </w:rPr>
          <w:instrText xml:space="preserve"> PAGE </w:instrText>
        </w:r>
        <w:r w:rsidRPr="003F2AFF">
          <w:rPr>
            <w:rStyle w:val="Nmerodepgina"/>
            <w:rFonts w:ascii="Candara" w:hAnsi="Candara"/>
            <w:b/>
            <w:bCs/>
            <w:color w:val="FFFFFF" w:themeColor="background1"/>
          </w:rPr>
          <w:fldChar w:fldCharType="separate"/>
        </w:r>
        <w:r w:rsidRPr="003F2AFF">
          <w:rPr>
            <w:rStyle w:val="Nmerodepgina"/>
            <w:rFonts w:ascii="Candara" w:hAnsi="Candara"/>
            <w:b/>
            <w:bCs/>
            <w:noProof/>
            <w:color w:val="FFFFFF" w:themeColor="background1"/>
          </w:rPr>
          <w:t>1</w:t>
        </w:r>
        <w:r w:rsidRPr="003F2AFF">
          <w:rPr>
            <w:rStyle w:val="Nmerodepgina"/>
            <w:rFonts w:ascii="Candara" w:hAnsi="Candara"/>
            <w:b/>
            <w:bCs/>
            <w:color w:val="FFFFFF" w:themeColor="background1"/>
          </w:rPr>
          <w:fldChar w:fldCharType="end"/>
        </w:r>
      </w:p>
    </w:sdtContent>
  </w:sdt>
  <w:p w14:paraId="1391DC87" w14:textId="4ACDD903" w:rsidR="00C53E6A" w:rsidRPr="00C53E6A" w:rsidRDefault="00C53E6A" w:rsidP="00C53E6A">
    <w:pPr>
      <w:pStyle w:val="Rodap"/>
      <w:ind w:right="-846" w:firstLine="360"/>
      <w:rPr>
        <w:rFonts w:ascii="Calisto MT" w:hAnsi="Calisto MT"/>
        <w:sz w:val="18"/>
        <w:szCs w:val="18"/>
      </w:rPr>
    </w:pPr>
    <w:r w:rsidRPr="00C53E6A">
      <w:rPr>
        <w:rFonts w:ascii="Calisto MT" w:hAnsi="Calisto MT"/>
        <w:sz w:val="18"/>
        <w:szCs w:val="18"/>
      </w:rPr>
      <w:t>_____________________________</w:t>
    </w:r>
    <w:r>
      <w:rPr>
        <w:rFonts w:ascii="Calisto MT" w:hAnsi="Calisto MT"/>
        <w:sz w:val="18"/>
        <w:szCs w:val="18"/>
      </w:rPr>
      <w:t>_______________</w:t>
    </w:r>
    <w:r w:rsidRPr="00C53E6A">
      <w:rPr>
        <w:rFonts w:ascii="Calisto MT" w:hAnsi="Calisto MT"/>
        <w:sz w:val="18"/>
        <w:szCs w:val="18"/>
      </w:rPr>
      <w:t xml:space="preserve">_______ Revista </w:t>
    </w:r>
    <w:proofErr w:type="spellStart"/>
    <w:r w:rsidRPr="00C53E6A">
      <w:rPr>
        <w:rFonts w:ascii="Calisto MT" w:hAnsi="Calisto MT"/>
        <w:sz w:val="18"/>
        <w:szCs w:val="18"/>
      </w:rPr>
      <w:t>Diálogos</w:t>
    </w:r>
    <w:proofErr w:type="spellEnd"/>
    <w:r w:rsidRPr="00C53E6A">
      <w:rPr>
        <w:rFonts w:ascii="Calisto MT" w:hAnsi="Calisto MT"/>
        <w:sz w:val="18"/>
        <w:szCs w:val="18"/>
      </w:rPr>
      <w:t xml:space="preserve"> (</w:t>
    </w:r>
    <w:proofErr w:type="spellStart"/>
    <w:r w:rsidRPr="00C53E6A">
      <w:rPr>
        <w:rFonts w:ascii="Calisto MT" w:hAnsi="Calisto MT"/>
        <w:sz w:val="18"/>
        <w:szCs w:val="18"/>
      </w:rPr>
      <w:t>Revdia</w:t>
    </w:r>
    <w:proofErr w:type="spellEnd"/>
    <w:r w:rsidRPr="00C53E6A">
      <w:rPr>
        <w:rFonts w:ascii="Calisto MT" w:hAnsi="Calisto MT"/>
        <w:sz w:val="18"/>
        <w:szCs w:val="18"/>
      </w:rPr>
      <w:t>) | e20260001, Jan-Dez,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890370317"/>
      <w:docPartObj>
        <w:docPartGallery w:val="Page Numbers (Bottom of Page)"/>
        <w:docPartUnique/>
      </w:docPartObj>
    </w:sdtPr>
    <w:sdtContent>
      <w:p w14:paraId="3188C21F" w14:textId="199E3B5B" w:rsidR="003F2AFF" w:rsidRDefault="003F2AFF" w:rsidP="00B74E55">
        <w:pPr>
          <w:pStyle w:val="Rodap"/>
          <w:framePr w:w="392" w:wrap="none" w:vAnchor="text" w:hAnchor="page" w:x="1481" w:y="5"/>
          <w:shd w:val="clear" w:color="auto" w:fill="C00000"/>
          <w:jc w:val="center"/>
          <w:rPr>
            <w:rStyle w:val="Nmerodepgina"/>
          </w:rPr>
        </w:pPr>
        <w:r w:rsidRPr="00B74E55">
          <w:rPr>
            <w:rStyle w:val="Nmerodepgina"/>
            <w:rFonts w:ascii="Candara" w:hAnsi="Candara"/>
            <w:b/>
            <w:bCs/>
            <w:color w:val="FFFFFF" w:themeColor="background1"/>
            <w:shd w:val="clear" w:color="auto" w:fill="C00000"/>
          </w:rPr>
          <w:fldChar w:fldCharType="begin"/>
        </w:r>
        <w:r w:rsidRPr="00B74E55">
          <w:rPr>
            <w:rStyle w:val="Nmerodepgina"/>
            <w:rFonts w:ascii="Candara" w:hAnsi="Candara"/>
            <w:b/>
            <w:bCs/>
            <w:color w:val="FFFFFF" w:themeColor="background1"/>
            <w:shd w:val="clear" w:color="auto" w:fill="C00000"/>
          </w:rPr>
          <w:instrText xml:space="preserve"> PAGE </w:instrText>
        </w:r>
        <w:r w:rsidRPr="00B74E55">
          <w:rPr>
            <w:rStyle w:val="Nmerodepgina"/>
            <w:rFonts w:ascii="Candara" w:hAnsi="Candara"/>
            <w:b/>
            <w:bCs/>
            <w:color w:val="FFFFFF" w:themeColor="background1"/>
            <w:shd w:val="clear" w:color="auto" w:fill="C00000"/>
          </w:rPr>
          <w:fldChar w:fldCharType="separate"/>
        </w:r>
        <w:r w:rsidRPr="00B74E55">
          <w:rPr>
            <w:rStyle w:val="Nmerodepgina"/>
            <w:rFonts w:ascii="Candara" w:hAnsi="Candara"/>
            <w:b/>
            <w:bCs/>
            <w:noProof/>
            <w:color w:val="FFFFFF" w:themeColor="background1"/>
            <w:shd w:val="clear" w:color="auto" w:fill="C00000"/>
          </w:rPr>
          <w:t>1</w:t>
        </w:r>
        <w:r w:rsidRPr="00B74E55">
          <w:rPr>
            <w:rStyle w:val="Nmerodepgina"/>
            <w:rFonts w:ascii="Candara" w:hAnsi="Candara"/>
            <w:b/>
            <w:bCs/>
            <w:color w:val="FFFFFF" w:themeColor="background1"/>
            <w:shd w:val="clear" w:color="auto" w:fill="C00000"/>
          </w:rPr>
          <w:fldChar w:fldCharType="end"/>
        </w:r>
      </w:p>
    </w:sdtContent>
  </w:sdt>
  <w:p w14:paraId="67197DB2" w14:textId="77777777" w:rsidR="003F2AFF" w:rsidRDefault="003F2AFF" w:rsidP="003F2AFF">
    <w:pPr>
      <w:pStyle w:val="Rodap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E1578D" w14:textId="77777777" w:rsidR="00005A7B" w:rsidRDefault="00005A7B" w:rsidP="003F2AFF">
      <w:pPr>
        <w:spacing w:after="0" w:line="240" w:lineRule="auto"/>
      </w:pPr>
      <w:r>
        <w:separator/>
      </w:r>
    </w:p>
  </w:footnote>
  <w:footnote w:type="continuationSeparator" w:id="0">
    <w:p w14:paraId="24FC2582" w14:textId="77777777" w:rsidR="00005A7B" w:rsidRDefault="00005A7B" w:rsidP="003F2AFF">
      <w:pPr>
        <w:spacing w:after="0" w:line="240" w:lineRule="auto"/>
      </w:pPr>
      <w:r>
        <w:continuationSeparator/>
      </w:r>
    </w:p>
  </w:footnote>
  <w:footnote w:id="1">
    <w:p w14:paraId="5C852650" w14:textId="31D1D577" w:rsidR="003F2AFF" w:rsidRPr="00C53E6A" w:rsidRDefault="003F2AFF">
      <w:pPr>
        <w:pStyle w:val="Textodenotaderodap"/>
        <w:rPr>
          <w:rFonts w:ascii="Candara" w:hAnsi="Candara"/>
          <w:lang w:val="pt-BR"/>
        </w:rPr>
      </w:pPr>
      <w:r w:rsidRPr="00C53E6A">
        <w:rPr>
          <w:rStyle w:val="Refdenotaderodap"/>
          <w:rFonts w:ascii="Candara" w:hAnsi="Candara"/>
        </w:rPr>
        <w:footnoteRef/>
      </w:r>
      <w:r w:rsidRPr="00C53E6A">
        <w:rPr>
          <w:rFonts w:ascii="Candara" w:hAnsi="Candara"/>
        </w:rPr>
        <w:t xml:space="preserve"> </w:t>
      </w:r>
      <w:r w:rsidRPr="00C53E6A">
        <w:rPr>
          <w:rFonts w:ascii="Candara" w:hAnsi="Candara"/>
          <w:lang w:val="pt-BR"/>
        </w:rPr>
        <w:t xml:space="preserve">Universidade de Pernambuco, e-mail, </w:t>
      </w:r>
      <w:r w:rsidR="00C53E6A" w:rsidRPr="00C53E6A">
        <w:rPr>
          <w:rFonts w:ascii="Candara" w:hAnsi="Candara"/>
          <w:lang w:val="pt-BR"/>
        </w:rPr>
        <w:t>ORCID</w:t>
      </w:r>
    </w:p>
  </w:footnote>
  <w:footnote w:id="2">
    <w:p w14:paraId="50FDD9E9" w14:textId="22AAD279" w:rsidR="00C53E6A" w:rsidRPr="00C53E6A" w:rsidRDefault="00C53E6A">
      <w:pPr>
        <w:pStyle w:val="Textodenotaderodap"/>
        <w:rPr>
          <w:lang w:val="pt-BR"/>
        </w:rPr>
      </w:pPr>
      <w:r w:rsidRPr="00C53E6A">
        <w:rPr>
          <w:rStyle w:val="Refdenotaderodap"/>
          <w:rFonts w:ascii="Candara" w:hAnsi="Candara"/>
        </w:rPr>
        <w:footnoteRef/>
      </w:r>
      <w:r w:rsidRPr="00C53E6A">
        <w:rPr>
          <w:rFonts w:ascii="Candara" w:hAnsi="Candara"/>
        </w:rPr>
        <w:t xml:space="preserve"> </w:t>
      </w:r>
      <w:r w:rsidRPr="00C53E6A">
        <w:rPr>
          <w:rFonts w:ascii="Candara" w:hAnsi="Candara"/>
          <w:lang w:val="pt-BR"/>
        </w:rPr>
        <w:t>Universidade de Pernambuco, e-mail, ORCID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CDB83" w14:textId="324993FC" w:rsidR="003F2AFF" w:rsidRDefault="003F2AFF" w:rsidP="003F2AFF">
    <w:pPr>
      <w:spacing w:after="360"/>
      <w:rPr>
        <w:rFonts w:ascii="Candara" w:hAnsi="Candara"/>
      </w:rPr>
    </w:pPr>
    <w:r>
      <w:rPr>
        <w:rFonts w:ascii="Candara" w:hAnsi="Candara"/>
        <w:noProof/>
      </w:rPr>
      <w:drawing>
        <wp:anchor distT="0" distB="0" distL="114300" distR="114300" simplePos="0" relativeHeight="251660288" behindDoc="1" locked="0" layoutInCell="1" allowOverlap="1" wp14:anchorId="274DAE57" wp14:editId="6BAEB1F9">
          <wp:simplePos x="0" y="0"/>
          <wp:positionH relativeFrom="column">
            <wp:posOffset>-282011</wp:posOffset>
          </wp:positionH>
          <wp:positionV relativeFrom="paragraph">
            <wp:posOffset>-372205</wp:posOffset>
          </wp:positionV>
          <wp:extent cx="1375873" cy="917248"/>
          <wp:effectExtent l="0" t="0" r="0" b="0"/>
          <wp:wrapNone/>
          <wp:docPr id="890532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229069" name="Imagem 2362290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873" cy="917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177780" w14:textId="77777777" w:rsidR="00C53E6A" w:rsidRPr="003F2AFF" w:rsidRDefault="00C53E6A" w:rsidP="00C53E6A">
    <w:pPr>
      <w:spacing w:after="0"/>
      <w:rPr>
        <w:rFonts w:ascii="Candara" w:hAnsi="Candar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B39D2" w14:textId="541F7833" w:rsidR="003F2AFF" w:rsidRPr="003F2AFF" w:rsidRDefault="003F2AFF" w:rsidP="003F2AFF">
    <w:pPr>
      <w:spacing w:after="40"/>
      <w:rPr>
        <w:rFonts w:ascii="Candara" w:hAnsi="Candara"/>
      </w:rPr>
    </w:pPr>
    <w:r>
      <w:rPr>
        <w:rFonts w:ascii="Candara" w:hAnsi="Candara"/>
        <w:noProof/>
      </w:rPr>
      <w:drawing>
        <wp:anchor distT="0" distB="0" distL="114300" distR="114300" simplePos="0" relativeHeight="251657216" behindDoc="1" locked="0" layoutInCell="1" allowOverlap="1" wp14:anchorId="4AB81BED" wp14:editId="3EE1D866">
          <wp:simplePos x="0" y="0"/>
          <wp:positionH relativeFrom="column">
            <wp:posOffset>4058860</wp:posOffset>
          </wp:positionH>
          <wp:positionV relativeFrom="paragraph">
            <wp:posOffset>-388543</wp:posOffset>
          </wp:positionV>
          <wp:extent cx="2196269" cy="1464179"/>
          <wp:effectExtent l="0" t="0" r="0" b="0"/>
          <wp:wrapNone/>
          <wp:docPr id="2362290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229069" name="Imagem 2362290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6269" cy="14641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3F2AFF">
      <w:rPr>
        <w:rFonts w:ascii="Candara" w:hAnsi="Candara"/>
        <w:b/>
        <w:color w:val="A60628"/>
        <w:sz w:val="20"/>
      </w:rPr>
      <w:t>Diálogos</w:t>
    </w:r>
    <w:proofErr w:type="spellEnd"/>
    <w:r w:rsidRPr="003F2AFF">
      <w:rPr>
        <w:rFonts w:ascii="Candara" w:hAnsi="Candara"/>
        <w:b/>
        <w:color w:val="A60628"/>
        <w:sz w:val="20"/>
      </w:rPr>
      <w:t xml:space="preserve">: Revista de </w:t>
    </w:r>
    <w:proofErr w:type="spellStart"/>
    <w:r w:rsidRPr="003F2AFF">
      <w:rPr>
        <w:rFonts w:ascii="Candara" w:hAnsi="Candara"/>
        <w:b/>
        <w:color w:val="A60628"/>
        <w:sz w:val="20"/>
      </w:rPr>
      <w:t>Estudos</w:t>
    </w:r>
    <w:proofErr w:type="spellEnd"/>
    <w:r w:rsidRPr="003F2AFF">
      <w:rPr>
        <w:rFonts w:ascii="Candara" w:hAnsi="Candara"/>
        <w:b/>
        <w:color w:val="A60628"/>
        <w:sz w:val="20"/>
      </w:rPr>
      <w:t xml:space="preserve"> da </w:t>
    </w:r>
    <w:proofErr w:type="spellStart"/>
    <w:r w:rsidRPr="003F2AFF">
      <w:rPr>
        <w:rFonts w:ascii="Candara" w:hAnsi="Candara"/>
        <w:b/>
        <w:color w:val="A60628"/>
        <w:sz w:val="20"/>
      </w:rPr>
      <w:t>Linguagem</w:t>
    </w:r>
    <w:proofErr w:type="spellEnd"/>
    <w:r w:rsidR="00B74E55">
      <w:rPr>
        <w:rFonts w:ascii="Candara" w:hAnsi="Candara"/>
        <w:b/>
        <w:color w:val="A60628"/>
        <w:sz w:val="20"/>
      </w:rPr>
      <w:t xml:space="preserve"> (REVDIA)</w:t>
    </w:r>
    <w:r w:rsidRPr="003F2AFF">
      <w:rPr>
        <w:rFonts w:ascii="Candara" w:hAnsi="Candara"/>
        <w:b/>
        <w:color w:val="A60628"/>
        <w:sz w:val="20"/>
      </w:rPr>
      <w:br/>
    </w:r>
    <w:proofErr w:type="spellStart"/>
    <w:r w:rsidRPr="003F2AFF">
      <w:rPr>
        <w:rFonts w:ascii="Candara" w:hAnsi="Candara"/>
        <w:color w:val="787878"/>
        <w:sz w:val="18"/>
      </w:rPr>
      <w:t>Universidade</w:t>
    </w:r>
    <w:proofErr w:type="spellEnd"/>
    <w:r w:rsidRPr="003F2AFF">
      <w:rPr>
        <w:rFonts w:ascii="Candara" w:hAnsi="Candara"/>
        <w:color w:val="787878"/>
        <w:sz w:val="18"/>
      </w:rPr>
      <w:t xml:space="preserve"> de Pernambuco (UPE) | </w:t>
    </w:r>
    <w:proofErr w:type="spellStart"/>
    <w:r w:rsidR="00B74E55" w:rsidRPr="00B74E55">
      <w:rPr>
        <w:rFonts w:ascii="Candara" w:hAnsi="Candara"/>
        <w:color w:val="787878"/>
        <w:sz w:val="18"/>
      </w:rPr>
      <w:t>eISSN</w:t>
    </w:r>
    <w:proofErr w:type="spellEnd"/>
    <w:r w:rsidR="00B74E55" w:rsidRPr="00B74E55">
      <w:rPr>
        <w:rFonts w:ascii="Candara" w:hAnsi="Candara"/>
        <w:color w:val="787878"/>
        <w:sz w:val="18"/>
      </w:rPr>
      <w:t xml:space="preserve"> - 2319-0825</w:t>
    </w:r>
    <w:r w:rsidRPr="003F2AFF">
      <w:rPr>
        <w:rFonts w:ascii="Candara" w:hAnsi="Candara"/>
        <w:color w:val="787878"/>
        <w:sz w:val="18"/>
      </w:rPr>
      <w:br/>
      <w:t xml:space="preserve">Volume XX, </w:t>
    </w:r>
    <w:proofErr w:type="spellStart"/>
    <w:r w:rsidRPr="003F2AFF">
      <w:rPr>
        <w:rFonts w:ascii="Candara" w:hAnsi="Candara"/>
        <w:color w:val="787878"/>
        <w:sz w:val="18"/>
      </w:rPr>
      <w:t>Número</w:t>
    </w:r>
    <w:proofErr w:type="spellEnd"/>
    <w:r w:rsidRPr="003F2AFF">
      <w:rPr>
        <w:rFonts w:ascii="Candara" w:hAnsi="Candara"/>
        <w:color w:val="787878"/>
        <w:sz w:val="18"/>
      </w:rPr>
      <w:t xml:space="preserve"> XX, </w:t>
    </w:r>
    <w:proofErr w:type="spellStart"/>
    <w:r w:rsidRPr="003F2AFF">
      <w:rPr>
        <w:rFonts w:ascii="Candara" w:hAnsi="Candara"/>
        <w:color w:val="787878"/>
        <w:sz w:val="18"/>
      </w:rPr>
      <w:t>eXXXXXXX</w:t>
    </w:r>
    <w:proofErr w:type="spellEnd"/>
    <w:r w:rsidRPr="003F2AFF">
      <w:rPr>
        <w:rFonts w:ascii="Candara" w:hAnsi="Candara"/>
        <w:color w:val="787878"/>
        <w:sz w:val="18"/>
      </w:rPr>
      <w:t xml:space="preserve">, </w:t>
    </w:r>
    <w:proofErr w:type="spellStart"/>
    <w:r w:rsidRPr="003F2AFF">
      <w:rPr>
        <w:rFonts w:ascii="Candara" w:hAnsi="Candara"/>
        <w:color w:val="787878"/>
        <w:sz w:val="18"/>
      </w:rPr>
      <w:t>Páginas</w:t>
    </w:r>
    <w:proofErr w:type="spellEnd"/>
    <w:r w:rsidRPr="003F2AFF">
      <w:rPr>
        <w:rFonts w:ascii="Candara" w:hAnsi="Candara"/>
        <w:color w:val="787878"/>
        <w:sz w:val="18"/>
      </w:rPr>
      <w:t xml:space="preserve"> 1-X, 2026</w:t>
    </w:r>
    <w:r w:rsidRPr="003F2AFF">
      <w:rPr>
        <w:rFonts w:ascii="Candara" w:hAnsi="Candara"/>
        <w:color w:val="787878"/>
        <w:sz w:val="18"/>
      </w:rPr>
      <w:br/>
      <w:t>DOI: https://doi.org/10.37084/DIALOGOS.2026.XXX.XXXXXX</w:t>
    </w:r>
  </w:p>
  <w:p w14:paraId="4D460EC5" w14:textId="19A43D0E" w:rsidR="003F2AFF" w:rsidRPr="003F2AFF" w:rsidRDefault="003F2AFF" w:rsidP="003F2AFF">
    <w:pPr>
      <w:spacing w:after="360"/>
      <w:rPr>
        <w:rFonts w:ascii="Candara" w:hAnsi="Candara"/>
      </w:rPr>
    </w:pPr>
    <w:r w:rsidRPr="003F2AFF">
      <w:rPr>
        <w:rFonts w:ascii="Candara" w:hAnsi="Candara"/>
        <w:b/>
        <w:color w:val="A60628"/>
        <w:sz w:val="20"/>
      </w:rPr>
      <w:t>ARTIGO ORIGINAL / SEÇÃO TEMÁTICA - TÍTULO DO DOSSIÊ</w:t>
    </w:r>
  </w:p>
  <w:p w14:paraId="47ACB2AC" w14:textId="77777777" w:rsidR="003F2AFF" w:rsidRDefault="003F2AF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4406490">
    <w:abstractNumId w:val="8"/>
  </w:num>
  <w:num w:numId="2" w16cid:durableId="191234583">
    <w:abstractNumId w:val="6"/>
  </w:num>
  <w:num w:numId="3" w16cid:durableId="1029255975">
    <w:abstractNumId w:val="5"/>
  </w:num>
  <w:num w:numId="4" w16cid:durableId="2063408786">
    <w:abstractNumId w:val="4"/>
  </w:num>
  <w:num w:numId="5" w16cid:durableId="695738036">
    <w:abstractNumId w:val="7"/>
  </w:num>
  <w:num w:numId="6" w16cid:durableId="82380671">
    <w:abstractNumId w:val="3"/>
  </w:num>
  <w:num w:numId="7" w16cid:durableId="124783356">
    <w:abstractNumId w:val="2"/>
  </w:num>
  <w:num w:numId="8" w16cid:durableId="1219631184">
    <w:abstractNumId w:val="1"/>
  </w:num>
  <w:num w:numId="9" w16cid:durableId="4756820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7B"/>
    <w:rsid w:val="00034616"/>
    <w:rsid w:val="0006063C"/>
    <w:rsid w:val="00074532"/>
    <w:rsid w:val="000E6934"/>
    <w:rsid w:val="0015074B"/>
    <w:rsid w:val="0029639D"/>
    <w:rsid w:val="002F31BE"/>
    <w:rsid w:val="00326F90"/>
    <w:rsid w:val="00353001"/>
    <w:rsid w:val="003F2AFF"/>
    <w:rsid w:val="00AA1D8D"/>
    <w:rsid w:val="00B47730"/>
    <w:rsid w:val="00B74E55"/>
    <w:rsid w:val="00C53E6A"/>
    <w:rsid w:val="00CB0664"/>
    <w:rsid w:val="00DD433A"/>
    <w:rsid w:val="00E54ED4"/>
    <w:rsid w:val="00EC53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5F31A0"/>
  <w14:defaultImageDpi w14:val="300"/>
  <w15:docId w15:val="{DCCD53C1-F8A7-ED42-9A72-E755DE22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40404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merodepgina">
    <w:name w:val="page number"/>
    <w:basedOn w:val="Fontepargpadro"/>
    <w:uiPriority w:val="99"/>
    <w:semiHidden/>
    <w:unhideWhenUsed/>
    <w:rsid w:val="003F2AFF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2AF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2AFF"/>
    <w:rPr>
      <w:rFonts w:ascii="Arial" w:hAnsi="Arial"/>
      <w:color w:val="40404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F2A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3395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Revisor </cp:lastModifiedBy>
  <cp:revision>4</cp:revision>
  <dcterms:created xsi:type="dcterms:W3CDTF">2026-07-20T18:42:00Z</dcterms:created>
  <dcterms:modified xsi:type="dcterms:W3CDTF">2026-08-18T12:13:00Z</dcterms:modified>
  <cp:category/>
</cp:coreProperties>
</file>